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9F20B" w14:textId="77777777" w:rsidR="008B00D8" w:rsidRPr="00B312CB" w:rsidRDefault="00000000">
      <w:pPr>
        <w:pStyle w:val="Nzev"/>
        <w:rPr>
          <w:lang w:val="cs-CZ"/>
        </w:rPr>
      </w:pPr>
      <w:r w:rsidRPr="00B312CB">
        <w:rPr>
          <w:lang w:val="cs-CZ"/>
        </w:rPr>
        <w:t>Kalendář přetíženého manažera</w:t>
      </w:r>
    </w:p>
    <w:p w14:paraId="7BE745DE" w14:textId="7B28452A" w:rsidR="008B00D8" w:rsidRPr="00B312CB" w:rsidRDefault="008B00D8">
      <w:pPr>
        <w:spacing w:after="280"/>
        <w:rPr>
          <w:lang w:val="cs-CZ"/>
        </w:rPr>
      </w:pPr>
    </w:p>
    <w:tbl>
      <w:tblPr>
        <w:tblW w:w="9360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3240"/>
        <w:gridCol w:w="1080"/>
        <w:gridCol w:w="3960"/>
      </w:tblGrid>
      <w:tr w:rsidR="008B00D8" w:rsidRPr="00B312CB" w14:paraId="33665A2A" w14:textId="77777777">
        <w:trPr>
          <w:jc w:val="center"/>
        </w:trPr>
        <w:tc>
          <w:tcPr>
            <w:tcW w:w="10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7051FD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Tým</w:t>
            </w:r>
          </w:p>
        </w:tc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065490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10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E709AE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Datum</w:t>
            </w: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6B2B3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2E9C975A" w14:textId="77777777">
        <w:trPr>
          <w:jc w:val="center"/>
        </w:trPr>
        <w:tc>
          <w:tcPr>
            <w:tcW w:w="10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9DCE07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Členové</w:t>
            </w:r>
          </w:p>
        </w:tc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F5DB67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10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EED7CE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Čas zahájení</w:t>
            </w: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D9EE6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</w:tbl>
    <w:p w14:paraId="486723AC" w14:textId="77777777" w:rsidR="008B00D8" w:rsidRPr="00B312CB" w:rsidRDefault="008B00D8">
      <w:pPr>
        <w:spacing w:after="0"/>
        <w:rPr>
          <w:lang w:val="cs-CZ"/>
        </w:rPr>
      </w:pPr>
    </w:p>
    <w:p w14:paraId="37D05E5E" w14:textId="77777777" w:rsidR="008B00D8" w:rsidRPr="00B312CB" w:rsidRDefault="00000000">
      <w:pPr>
        <w:pStyle w:val="Nadpis1"/>
        <w:rPr>
          <w:lang w:val="cs-CZ"/>
        </w:rPr>
      </w:pPr>
      <w:r w:rsidRPr="00B312CB">
        <w:rPr>
          <w:lang w:val="cs-CZ"/>
        </w:rPr>
        <w:t>Cíl cvičení</w:t>
      </w:r>
    </w:p>
    <w:p w14:paraId="4FC110AB" w14:textId="77777777" w:rsidR="008B00D8" w:rsidRPr="00B312CB" w:rsidRDefault="00000000">
      <w:pPr>
        <w:rPr>
          <w:lang w:val="cs-CZ"/>
        </w:rPr>
      </w:pPr>
      <w:r w:rsidRPr="00B312CB">
        <w:rPr>
          <w:lang w:val="cs-CZ"/>
        </w:rPr>
        <w:t>Vaším úkolem je rozpoznat příčiny pracovního přetížení, posoudit význam jednotlivých aktivit a vytvořit nový týdenní plán, který splní pracovní termíny a současně umožní manažerovi udržitelně řídit vlastní výkon. Neexistuje jediné správné řešení; každý zásah musí být realisticky zdůvodněn.</w:t>
      </w:r>
    </w:p>
    <w:p w14:paraId="1C01E6CF" w14:textId="77777777" w:rsidR="00150996" w:rsidRDefault="00150996">
      <w:pPr>
        <w:pStyle w:val="Nadpis1"/>
        <w:rPr>
          <w:lang w:val="cs-CZ"/>
        </w:rPr>
      </w:pPr>
    </w:p>
    <w:p w14:paraId="44E63B48" w14:textId="1C0236ED" w:rsidR="008B00D8" w:rsidRPr="00B312CB" w:rsidRDefault="00000000">
      <w:pPr>
        <w:pStyle w:val="Nadpis1"/>
        <w:rPr>
          <w:lang w:val="cs-CZ"/>
        </w:rPr>
      </w:pPr>
      <w:r w:rsidRPr="00B312CB">
        <w:rPr>
          <w:lang w:val="cs-CZ"/>
        </w:rPr>
        <w:t>Výchozí situace</w:t>
      </w:r>
    </w:p>
    <w:p w14:paraId="4F7D1325" w14:textId="77777777" w:rsidR="008B00D8" w:rsidRPr="00B312CB" w:rsidRDefault="00000000">
      <w:pPr>
        <w:rPr>
          <w:lang w:val="cs-CZ"/>
        </w:rPr>
      </w:pPr>
      <w:r w:rsidRPr="00B312CB">
        <w:rPr>
          <w:lang w:val="cs-CZ"/>
        </w:rPr>
        <w:t>Martin Dvořák je provozním manažerem středně velké distribuční společnosti. Vede tým 11 zaměstnanců a odpovídá za každodenní provoz, personální otázky, rozpočet oddělení a dva rozvojové projekty. Má pocit, že musí být osobně přítomen u většiny rozhodnutí. Často reaguje okamžitě na e-maily a zprávy, přijímá neplánované schůzky a nerad deleguje důležitější úkoly. Běžně pracuje večer a část administrativy dokončuje o víkendu.</w:t>
      </w:r>
    </w:p>
    <w:p w14:paraId="0C54520E" w14:textId="77777777" w:rsidR="008B00D8" w:rsidRPr="00B312CB" w:rsidRDefault="00000000">
      <w:pPr>
        <w:rPr>
          <w:lang w:val="cs-CZ"/>
        </w:rPr>
      </w:pPr>
      <w:r w:rsidRPr="00B312CB">
        <w:rPr>
          <w:lang w:val="cs-CZ"/>
        </w:rPr>
        <w:t>Na začátku týdne má:</w:t>
      </w:r>
    </w:p>
    <w:p w14:paraId="19DC8DDF" w14:textId="77777777" w:rsidR="008B00D8" w:rsidRPr="00B312CB" w:rsidRDefault="00000000">
      <w:pPr>
        <w:pStyle w:val="Seznamsodrkami"/>
        <w:spacing w:after="40"/>
        <w:rPr>
          <w:lang w:val="cs-CZ"/>
        </w:rPr>
      </w:pPr>
      <w:r w:rsidRPr="00B312CB">
        <w:rPr>
          <w:lang w:val="cs-CZ"/>
        </w:rPr>
        <w:t>74 nepřečtených e-mailů</w:t>
      </w:r>
    </w:p>
    <w:p w14:paraId="3D3B72FD" w14:textId="77777777" w:rsidR="008B00D8" w:rsidRPr="00B312CB" w:rsidRDefault="00000000">
      <w:pPr>
        <w:pStyle w:val="Seznamsodrkami"/>
        <w:spacing w:after="40"/>
        <w:rPr>
          <w:lang w:val="cs-CZ"/>
        </w:rPr>
      </w:pPr>
      <w:r w:rsidRPr="00B312CB">
        <w:rPr>
          <w:lang w:val="cs-CZ"/>
        </w:rPr>
        <w:t>rozpracovaný návrh rozpočtu</w:t>
      </w:r>
    </w:p>
    <w:p w14:paraId="2CB7189F" w14:textId="77777777" w:rsidR="008B00D8" w:rsidRPr="00B312CB" w:rsidRDefault="00000000">
      <w:pPr>
        <w:pStyle w:val="Seznamsodrkami"/>
        <w:spacing w:after="40"/>
        <w:rPr>
          <w:lang w:val="cs-CZ"/>
        </w:rPr>
      </w:pPr>
      <w:r w:rsidRPr="00B312CB">
        <w:rPr>
          <w:lang w:val="cs-CZ"/>
        </w:rPr>
        <w:t>nedokončenou zprávu o optimalizaci provozu</w:t>
      </w:r>
    </w:p>
    <w:p w14:paraId="073854E5" w14:textId="77777777" w:rsidR="008B00D8" w:rsidRPr="00B312CB" w:rsidRDefault="00000000">
      <w:pPr>
        <w:pStyle w:val="Seznamsodrkami"/>
        <w:spacing w:after="40"/>
        <w:rPr>
          <w:lang w:val="cs-CZ"/>
        </w:rPr>
      </w:pPr>
      <w:r w:rsidRPr="00B312CB">
        <w:rPr>
          <w:lang w:val="cs-CZ"/>
        </w:rPr>
        <w:t>nevyřešenou stížnost významného zákazníka</w:t>
      </w:r>
    </w:p>
    <w:p w14:paraId="171D9376" w14:textId="77777777" w:rsidR="008B00D8" w:rsidRPr="00B312CB" w:rsidRDefault="00000000">
      <w:pPr>
        <w:pStyle w:val="Seznamsodrkami"/>
        <w:spacing w:after="40"/>
        <w:rPr>
          <w:lang w:val="cs-CZ"/>
        </w:rPr>
      </w:pPr>
      <w:r w:rsidRPr="00B312CB">
        <w:rPr>
          <w:lang w:val="cs-CZ"/>
        </w:rPr>
        <w:t>odložený rozhovor se zaměstnancem, který opakovaně nedodržuje termíny</w:t>
      </w:r>
    </w:p>
    <w:p w14:paraId="64AEC72B" w14:textId="77777777" w:rsidR="008B00D8" w:rsidRPr="00B312CB" w:rsidRDefault="00000000">
      <w:pPr>
        <w:pStyle w:val="Seznamsodrkami"/>
        <w:spacing w:after="40"/>
        <w:rPr>
          <w:lang w:val="cs-CZ"/>
        </w:rPr>
      </w:pPr>
      <w:r w:rsidRPr="00B312CB">
        <w:rPr>
          <w:lang w:val="cs-CZ"/>
        </w:rPr>
        <w:t>připravit hodnocení zaměstnankyně před koncem zkušební doby</w:t>
      </w:r>
    </w:p>
    <w:p w14:paraId="27649B5A" w14:textId="77777777" w:rsidR="008B00D8" w:rsidRPr="00B312CB" w:rsidRDefault="008B00D8">
      <w:pPr>
        <w:rPr>
          <w:lang w:val="cs-CZ"/>
        </w:rPr>
        <w:sectPr w:rsidR="008B00D8" w:rsidRPr="00B312CB">
          <w:footerReference w:type="default" r:id="rId8"/>
          <w:pgSz w:w="12240" w:h="15840"/>
          <w:pgMar w:top="1037" w:right="1037" w:bottom="936" w:left="1037" w:header="403" w:footer="403" w:gutter="0"/>
          <w:cols w:space="720"/>
          <w:docGrid w:linePitch="360"/>
        </w:sectPr>
      </w:pPr>
    </w:p>
    <w:p w14:paraId="59A8A2FC" w14:textId="77777777" w:rsidR="008B00D8" w:rsidRPr="00B312CB" w:rsidRDefault="00000000">
      <w:pPr>
        <w:pStyle w:val="Nadpis1"/>
        <w:rPr>
          <w:lang w:val="cs-CZ"/>
        </w:rPr>
      </w:pPr>
      <w:r w:rsidRPr="00B312CB">
        <w:rPr>
          <w:lang w:val="cs-CZ"/>
        </w:rPr>
        <w:lastRenderedPageBreak/>
        <w:t>Důležité termíny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824"/>
        <w:gridCol w:w="2232"/>
        <w:gridCol w:w="2880"/>
      </w:tblGrid>
      <w:tr w:rsidR="008B00D8" w:rsidRPr="00B312CB" w14:paraId="19E0F801" w14:textId="77777777">
        <w:trPr>
          <w:tblHeader/>
          <w:jc w:val="center"/>
        </w:trPr>
        <w:tc>
          <w:tcPr>
            <w:tcW w:w="4824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818ED7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Úkol</w:t>
            </w:r>
          </w:p>
        </w:tc>
        <w:tc>
          <w:tcPr>
            <w:tcW w:w="2232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519A28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Termín</w:t>
            </w:r>
          </w:p>
        </w:tc>
        <w:tc>
          <w:tcPr>
            <w:tcW w:w="2880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93D862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Potřebný čas</w:t>
            </w:r>
          </w:p>
        </w:tc>
      </w:tr>
      <w:tr w:rsidR="008B00D8" w:rsidRPr="00B312CB" w14:paraId="0410F276" w14:textId="77777777">
        <w:trPr>
          <w:cantSplit/>
          <w:jc w:val="center"/>
        </w:trPr>
        <w:tc>
          <w:tcPr>
            <w:tcW w:w="48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96EE04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Vyřešení stížnosti významného zákazníka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35FD5F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Úterý do 12:00</w:t>
            </w:r>
          </w:p>
        </w:tc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461141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60 minut</w:t>
            </w:r>
          </w:p>
        </w:tc>
      </w:tr>
      <w:tr w:rsidR="008B00D8" w:rsidRPr="00B312CB" w14:paraId="42A03A2B" w14:textId="77777777">
        <w:trPr>
          <w:cantSplit/>
          <w:jc w:val="center"/>
        </w:trPr>
        <w:tc>
          <w:tcPr>
            <w:tcW w:w="4824" w:type="dxa"/>
            <w:shd w:val="clear" w:color="auto" w:fill="EE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32587C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Prezentace výsledků oddělení vedení firmy</w:t>
            </w:r>
          </w:p>
        </w:tc>
        <w:tc>
          <w:tcPr>
            <w:tcW w:w="2232" w:type="dxa"/>
            <w:shd w:val="clear" w:color="auto" w:fill="EE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7948B1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Středa ve 14:00</w:t>
            </w:r>
          </w:p>
        </w:tc>
        <w:tc>
          <w:tcPr>
            <w:tcW w:w="2880" w:type="dxa"/>
            <w:shd w:val="clear" w:color="auto" w:fill="EE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E67842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90 minut přípravy</w:t>
            </w:r>
          </w:p>
        </w:tc>
      </w:tr>
      <w:tr w:rsidR="008B00D8" w:rsidRPr="00B312CB" w14:paraId="348B062B" w14:textId="77777777">
        <w:trPr>
          <w:cantSplit/>
          <w:jc w:val="center"/>
        </w:trPr>
        <w:tc>
          <w:tcPr>
            <w:tcW w:w="48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E45452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Zpráva o optimalizaci provozu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839951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Čtvrtek do 12:00</w:t>
            </w:r>
          </w:p>
        </w:tc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9D95DD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4 hodiny soustředěné práce</w:t>
            </w:r>
          </w:p>
        </w:tc>
      </w:tr>
      <w:tr w:rsidR="008B00D8" w:rsidRPr="00B312CB" w14:paraId="240AD978" w14:textId="77777777">
        <w:trPr>
          <w:cantSplit/>
          <w:jc w:val="center"/>
        </w:trPr>
        <w:tc>
          <w:tcPr>
            <w:tcW w:w="4824" w:type="dxa"/>
            <w:shd w:val="clear" w:color="auto" w:fill="EE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787304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Návrh rozpočtu oddělení</w:t>
            </w:r>
          </w:p>
        </w:tc>
        <w:tc>
          <w:tcPr>
            <w:tcW w:w="2232" w:type="dxa"/>
            <w:shd w:val="clear" w:color="auto" w:fill="EE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E140AA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Pátek do 10:00</w:t>
            </w:r>
          </w:p>
        </w:tc>
        <w:tc>
          <w:tcPr>
            <w:tcW w:w="2880" w:type="dxa"/>
            <w:shd w:val="clear" w:color="auto" w:fill="EE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7A75EC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3 hodiny</w:t>
            </w:r>
          </w:p>
        </w:tc>
      </w:tr>
      <w:tr w:rsidR="008B00D8" w:rsidRPr="00B312CB" w14:paraId="5F0976B2" w14:textId="77777777">
        <w:trPr>
          <w:cantSplit/>
          <w:jc w:val="center"/>
        </w:trPr>
        <w:tc>
          <w:tcPr>
            <w:tcW w:w="48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45984D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Hodnocení zaměstnankyně ve zkušební době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F0954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Pátek do 15:00</w:t>
            </w:r>
          </w:p>
        </w:tc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9C377D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60 minut včetně rozhovoru</w:t>
            </w:r>
          </w:p>
        </w:tc>
      </w:tr>
    </w:tbl>
    <w:p w14:paraId="091B8507" w14:textId="77777777" w:rsidR="008B00D8" w:rsidRPr="00B312CB" w:rsidRDefault="00000000">
      <w:pPr>
        <w:pStyle w:val="Nadpis2"/>
        <w:rPr>
          <w:lang w:val="cs-CZ"/>
        </w:rPr>
      </w:pPr>
      <w:r w:rsidRPr="00B312CB">
        <w:rPr>
          <w:lang w:val="cs-CZ"/>
        </w:rPr>
        <w:t>Klasifikační klíč aktivit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4608"/>
        <w:gridCol w:w="4392"/>
      </w:tblGrid>
      <w:tr w:rsidR="008B00D8" w:rsidRPr="00B312CB" w14:paraId="3A714108" w14:textId="77777777">
        <w:trPr>
          <w:jc w:val="center"/>
        </w:trPr>
        <w:tc>
          <w:tcPr>
            <w:tcW w:w="936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CB0267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Kód</w:t>
            </w:r>
          </w:p>
        </w:tc>
        <w:tc>
          <w:tcPr>
            <w:tcW w:w="4608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2837B5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Význam</w:t>
            </w:r>
          </w:p>
        </w:tc>
        <w:tc>
          <w:tcPr>
            <w:tcW w:w="4392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EDF231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Očekávaný zásah</w:t>
            </w:r>
          </w:p>
        </w:tc>
      </w:tr>
      <w:tr w:rsidR="008B00D8" w:rsidRPr="00B312CB" w14:paraId="6ACEA8B7" w14:textId="77777777">
        <w:trPr>
          <w:jc w:val="center"/>
        </w:trPr>
        <w:tc>
          <w:tcPr>
            <w:tcW w:w="9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D893B8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20"/>
                <w:lang w:val="cs-CZ"/>
              </w:rPr>
              <w:t>A</w:t>
            </w:r>
          </w:p>
        </w:tc>
        <w:tc>
          <w:tcPr>
            <w:tcW w:w="46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A7BC16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Musí vykonat Martin osobně</w:t>
            </w:r>
          </w:p>
        </w:tc>
        <w:tc>
          <w:tcPr>
            <w:tcW w:w="43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E73AFC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Ponechat</w:t>
            </w:r>
          </w:p>
        </w:tc>
      </w:tr>
      <w:tr w:rsidR="008B00D8" w:rsidRPr="00B312CB" w14:paraId="0C3362B5" w14:textId="77777777">
        <w:trPr>
          <w:jc w:val="center"/>
        </w:trPr>
        <w:tc>
          <w:tcPr>
            <w:tcW w:w="936" w:type="dxa"/>
            <w:shd w:val="clear" w:color="auto" w:fill="EE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2B719D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20"/>
                <w:lang w:val="cs-CZ"/>
              </w:rPr>
              <w:t>B</w:t>
            </w:r>
          </w:p>
        </w:tc>
        <w:tc>
          <w:tcPr>
            <w:tcW w:w="4608" w:type="dxa"/>
            <w:shd w:val="clear" w:color="auto" w:fill="EE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B2548C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Může delegovat</w:t>
            </w:r>
          </w:p>
        </w:tc>
        <w:tc>
          <w:tcPr>
            <w:tcW w:w="4392" w:type="dxa"/>
            <w:shd w:val="clear" w:color="auto" w:fill="EE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6267C2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Přidělit odpovědné osobě</w:t>
            </w:r>
          </w:p>
        </w:tc>
      </w:tr>
      <w:tr w:rsidR="008B00D8" w:rsidRPr="00B312CB" w14:paraId="58800EEA" w14:textId="77777777">
        <w:trPr>
          <w:jc w:val="center"/>
        </w:trPr>
        <w:tc>
          <w:tcPr>
            <w:tcW w:w="9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5E7C71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20"/>
                <w:lang w:val="cs-CZ"/>
              </w:rPr>
              <w:t>C</w:t>
            </w:r>
          </w:p>
        </w:tc>
        <w:tc>
          <w:tcPr>
            <w:tcW w:w="46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D8C7DB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Může zkrátit nebo vyřešit elektronicky</w:t>
            </w:r>
          </w:p>
        </w:tc>
        <w:tc>
          <w:tcPr>
            <w:tcW w:w="43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77D700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Změnit formu</w:t>
            </w:r>
          </w:p>
        </w:tc>
      </w:tr>
      <w:tr w:rsidR="008B00D8" w:rsidRPr="00B312CB" w14:paraId="0D5277A4" w14:textId="77777777">
        <w:trPr>
          <w:jc w:val="center"/>
        </w:trPr>
        <w:tc>
          <w:tcPr>
            <w:tcW w:w="936" w:type="dxa"/>
            <w:shd w:val="clear" w:color="auto" w:fill="EE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C900C6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20"/>
                <w:lang w:val="cs-CZ"/>
              </w:rPr>
              <w:t>D</w:t>
            </w:r>
          </w:p>
        </w:tc>
        <w:tc>
          <w:tcPr>
            <w:tcW w:w="4608" w:type="dxa"/>
            <w:shd w:val="clear" w:color="auto" w:fill="EE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2F76A3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Může odložit</w:t>
            </w:r>
          </w:p>
        </w:tc>
        <w:tc>
          <w:tcPr>
            <w:tcW w:w="4392" w:type="dxa"/>
            <w:shd w:val="clear" w:color="auto" w:fill="EE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E7025C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Přesunout na vhodnější termín</w:t>
            </w:r>
          </w:p>
        </w:tc>
      </w:tr>
      <w:tr w:rsidR="008B00D8" w:rsidRPr="00B312CB" w14:paraId="53208948" w14:textId="77777777">
        <w:trPr>
          <w:jc w:val="center"/>
        </w:trPr>
        <w:tc>
          <w:tcPr>
            <w:tcW w:w="9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C4777E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20"/>
                <w:lang w:val="cs-CZ"/>
              </w:rPr>
              <w:t>E</w:t>
            </w:r>
          </w:p>
        </w:tc>
        <w:tc>
          <w:tcPr>
            <w:tcW w:w="46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28D6FF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Může zrušit</w:t>
            </w:r>
          </w:p>
        </w:tc>
        <w:tc>
          <w:tcPr>
            <w:tcW w:w="43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CCAD47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8"/>
                <w:lang w:val="cs-CZ"/>
              </w:rPr>
              <w:t>Odstranit z kalendáře</w:t>
            </w:r>
          </w:p>
        </w:tc>
      </w:tr>
    </w:tbl>
    <w:p w14:paraId="223F7F2D" w14:textId="77777777" w:rsidR="008B00D8" w:rsidRPr="00B312CB" w:rsidRDefault="00000000">
      <w:pPr>
        <w:pStyle w:val="Nadpis2"/>
        <w:rPr>
          <w:lang w:val="cs-CZ"/>
        </w:rPr>
      </w:pPr>
      <w:r w:rsidRPr="00B312CB">
        <w:rPr>
          <w:lang w:val="cs-CZ"/>
        </w:rPr>
        <w:t>Postup práce</w:t>
      </w:r>
    </w:p>
    <w:p w14:paraId="78FEAA06" w14:textId="77777777" w:rsidR="008B00D8" w:rsidRPr="00B312CB" w:rsidRDefault="00000000">
      <w:pPr>
        <w:keepNext/>
        <w:spacing w:before="100" w:after="60"/>
        <w:rPr>
          <w:lang w:val="cs-CZ"/>
        </w:rPr>
      </w:pPr>
      <w:r w:rsidRPr="00B312CB">
        <w:rPr>
          <w:rFonts w:ascii="Aptos Display" w:hAnsi="Aptos Display"/>
          <w:b/>
          <w:color w:val="000000"/>
          <w:sz w:val="24"/>
          <w:lang w:val="cs-CZ"/>
        </w:rPr>
        <w:t>1. Diagnostika</w:t>
      </w:r>
    </w:p>
    <w:p w14:paraId="5CCDAFB9" w14:textId="77777777" w:rsidR="008B00D8" w:rsidRPr="00B312CB" w:rsidRDefault="00000000">
      <w:pPr>
        <w:spacing w:after="80"/>
        <w:ind w:left="259"/>
        <w:rPr>
          <w:lang w:val="cs-CZ"/>
        </w:rPr>
      </w:pPr>
      <w:r w:rsidRPr="00B312CB">
        <w:rPr>
          <w:lang w:val="cs-CZ"/>
        </w:rPr>
        <w:t>Najděte alespoň deset problémů v současném kalendáři a u každého popište jeho možný dopad.</w:t>
      </w:r>
    </w:p>
    <w:p w14:paraId="59DB3CAC" w14:textId="77777777" w:rsidR="008B00D8" w:rsidRPr="00B312CB" w:rsidRDefault="00000000">
      <w:pPr>
        <w:keepNext/>
        <w:spacing w:before="100" w:after="60"/>
        <w:rPr>
          <w:lang w:val="cs-CZ"/>
        </w:rPr>
      </w:pPr>
      <w:r w:rsidRPr="00B312CB">
        <w:rPr>
          <w:rFonts w:ascii="Aptos Display" w:hAnsi="Aptos Display"/>
          <w:b/>
          <w:color w:val="000000"/>
          <w:sz w:val="24"/>
          <w:lang w:val="cs-CZ"/>
        </w:rPr>
        <w:t>2. Klasifikace</w:t>
      </w:r>
    </w:p>
    <w:p w14:paraId="4AB384F9" w14:textId="77777777" w:rsidR="008B00D8" w:rsidRPr="00B312CB" w:rsidRDefault="00000000">
      <w:pPr>
        <w:spacing w:after="80"/>
        <w:ind w:left="259"/>
        <w:rPr>
          <w:lang w:val="cs-CZ"/>
        </w:rPr>
      </w:pPr>
      <w:r w:rsidRPr="00B312CB">
        <w:rPr>
          <w:lang w:val="cs-CZ"/>
        </w:rPr>
        <w:t>Označte všechny aktivity kódem A až E. U sporných položek se ve skupině shodněte na jednom řešení.</w:t>
      </w:r>
    </w:p>
    <w:p w14:paraId="64013346" w14:textId="77777777" w:rsidR="008B00D8" w:rsidRPr="00B312CB" w:rsidRDefault="00000000">
      <w:pPr>
        <w:keepNext/>
        <w:spacing w:before="100" w:after="60"/>
        <w:rPr>
          <w:lang w:val="cs-CZ"/>
        </w:rPr>
      </w:pPr>
      <w:r w:rsidRPr="00B312CB">
        <w:rPr>
          <w:rFonts w:ascii="Aptos Display" w:hAnsi="Aptos Display"/>
          <w:b/>
          <w:color w:val="000000"/>
          <w:sz w:val="24"/>
          <w:lang w:val="cs-CZ"/>
        </w:rPr>
        <w:t>3. Přepracování</w:t>
      </w:r>
    </w:p>
    <w:p w14:paraId="1D18F713" w14:textId="77777777" w:rsidR="008B00D8" w:rsidRPr="00B312CB" w:rsidRDefault="00000000">
      <w:pPr>
        <w:spacing w:after="80"/>
        <w:ind w:left="259"/>
        <w:rPr>
          <w:lang w:val="cs-CZ"/>
        </w:rPr>
      </w:pPr>
      <w:r w:rsidRPr="00B312CB">
        <w:rPr>
          <w:lang w:val="cs-CZ"/>
        </w:rPr>
        <w:t>Vytvořte nový kalendář, který splní pevné termíny, obsahuje přestávky a rezervy a nevyžaduje běžnou večerní ani víkendovou práci.</w:t>
      </w:r>
    </w:p>
    <w:p w14:paraId="61CB43EE" w14:textId="77777777" w:rsidR="008B00D8" w:rsidRPr="00B312CB" w:rsidRDefault="00000000">
      <w:pPr>
        <w:keepNext/>
        <w:spacing w:before="100" w:after="60"/>
        <w:rPr>
          <w:lang w:val="cs-CZ"/>
        </w:rPr>
      </w:pPr>
      <w:r w:rsidRPr="00B312CB">
        <w:rPr>
          <w:rFonts w:ascii="Aptos Display" w:hAnsi="Aptos Display"/>
          <w:b/>
          <w:color w:val="000000"/>
          <w:sz w:val="24"/>
          <w:lang w:val="cs-CZ"/>
        </w:rPr>
        <w:t>4. Obhajoba</w:t>
      </w:r>
    </w:p>
    <w:p w14:paraId="4DF9EBDC" w14:textId="77777777" w:rsidR="008B00D8" w:rsidRPr="00B312CB" w:rsidRDefault="00000000">
      <w:pPr>
        <w:spacing w:after="80"/>
        <w:ind w:left="259"/>
        <w:rPr>
          <w:lang w:val="cs-CZ"/>
        </w:rPr>
      </w:pPr>
      <w:r w:rsidRPr="00B312CB">
        <w:rPr>
          <w:lang w:val="cs-CZ"/>
        </w:rPr>
        <w:t>Vyberte tři nejdůležitější změny a připravte jejich stručné manažerské zdůvodnění.</w:t>
      </w:r>
    </w:p>
    <w:p w14:paraId="07DA2E11" w14:textId="77777777" w:rsidR="008B00D8" w:rsidRPr="00B312CB" w:rsidRDefault="008B00D8">
      <w:pPr>
        <w:rPr>
          <w:lang w:val="cs-CZ"/>
        </w:rPr>
        <w:sectPr w:rsidR="008B00D8" w:rsidRPr="00B312CB">
          <w:pgSz w:w="12240" w:h="15840"/>
          <w:pgMar w:top="1037" w:right="1037" w:bottom="936" w:left="1037" w:header="403" w:footer="403" w:gutter="0"/>
          <w:cols w:space="720"/>
          <w:docGrid w:linePitch="360"/>
        </w:sectPr>
      </w:pPr>
    </w:p>
    <w:p w14:paraId="5825FF2B" w14:textId="77777777" w:rsidR="008B00D8" w:rsidRPr="00B312CB" w:rsidRDefault="00000000">
      <w:pPr>
        <w:pStyle w:val="Nadpis1"/>
        <w:rPr>
          <w:lang w:val="cs-CZ"/>
        </w:rPr>
      </w:pPr>
      <w:r w:rsidRPr="00B312CB">
        <w:rPr>
          <w:lang w:val="cs-CZ"/>
        </w:rPr>
        <w:lastRenderedPageBreak/>
        <w:t>Pondělí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656"/>
        <w:gridCol w:w="3384"/>
        <w:gridCol w:w="4032"/>
        <w:gridCol w:w="864"/>
      </w:tblGrid>
      <w:tr w:rsidR="008B00D8" w:rsidRPr="00B312CB" w14:paraId="222435BB" w14:textId="77777777">
        <w:trPr>
          <w:tblHeader/>
          <w:jc w:val="center"/>
        </w:trPr>
        <w:tc>
          <w:tcPr>
            <w:tcW w:w="1656" w:type="dxa"/>
            <w:shd w:val="clear" w:color="auto" w:fill="4472C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BAE8EA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Čas</w:t>
            </w:r>
          </w:p>
        </w:tc>
        <w:tc>
          <w:tcPr>
            <w:tcW w:w="3384" w:type="dxa"/>
            <w:shd w:val="clear" w:color="auto" w:fill="4472C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86401C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Aktivita</w:t>
            </w:r>
          </w:p>
        </w:tc>
        <w:tc>
          <w:tcPr>
            <w:tcW w:w="4032" w:type="dxa"/>
            <w:shd w:val="clear" w:color="auto" w:fill="4472C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56499D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Poznámka k situaci</w:t>
            </w:r>
          </w:p>
        </w:tc>
        <w:tc>
          <w:tcPr>
            <w:tcW w:w="864" w:type="dxa"/>
            <w:shd w:val="clear" w:color="auto" w:fill="4472C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52E4E6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A–E</w:t>
            </w:r>
          </w:p>
        </w:tc>
      </w:tr>
      <w:tr w:rsidR="008B00D8" w:rsidRPr="00B312CB" w14:paraId="3B03B91D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2E092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7:30–8:00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22A657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Kontrola e-mailů a pracovního chatu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542AC7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Odpovídá i na zprávy, které může řešit asistentka.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F9DF9A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75A74B99" w14:textId="77777777">
        <w:trPr>
          <w:cantSplit/>
          <w:jc w:val="center"/>
        </w:trPr>
        <w:tc>
          <w:tcPr>
            <w:tcW w:w="1656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E160C8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8:00–9:00</w:t>
            </w:r>
          </w:p>
        </w:tc>
        <w:tc>
          <w:tcPr>
            <w:tcW w:w="3384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4AAAEE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Pravidelná provozní porada</w:t>
            </w:r>
          </w:p>
        </w:tc>
        <w:tc>
          <w:tcPr>
            <w:tcW w:w="4032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8C30DE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Porada se koná každý den.</w:t>
            </w:r>
          </w:p>
        </w:tc>
        <w:tc>
          <w:tcPr>
            <w:tcW w:w="864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3BAEA1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390DAC4A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0C2930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9:00–9:45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94F2FA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Kontrola tabulek za minulý týden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3A20D0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Podklady již připravil vedoucí směny.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0983AF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083119CD" w14:textId="77777777">
        <w:trPr>
          <w:cantSplit/>
          <w:jc w:val="center"/>
        </w:trPr>
        <w:tc>
          <w:tcPr>
            <w:tcW w:w="1656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9752F2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9:45–10:30</w:t>
            </w:r>
          </w:p>
        </w:tc>
        <w:tc>
          <w:tcPr>
            <w:tcW w:w="3384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55F35E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Neplánované konzultace zaměstnanců</w:t>
            </w:r>
          </w:p>
        </w:tc>
        <w:tc>
          <w:tcPr>
            <w:tcW w:w="4032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6634BD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Martin má trvale otevřené dveře.</w:t>
            </w:r>
          </w:p>
        </w:tc>
        <w:tc>
          <w:tcPr>
            <w:tcW w:w="864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021D76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04F47F78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B79075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10:30–11:30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2DC12E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Porada obchodního oddělení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58D209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Jeho účast není povinná.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7E7251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3CB3E9BD" w14:textId="77777777">
        <w:trPr>
          <w:cantSplit/>
          <w:jc w:val="center"/>
        </w:trPr>
        <w:tc>
          <w:tcPr>
            <w:tcW w:w="1656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CAE39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11:30–12:15</w:t>
            </w:r>
          </w:p>
        </w:tc>
        <w:tc>
          <w:tcPr>
            <w:tcW w:w="3384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8A6FF3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Telefonát s dodavatelem</w:t>
            </w:r>
          </w:p>
        </w:tc>
        <w:tc>
          <w:tcPr>
            <w:tcW w:w="4032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F5916C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Mohl by jej vyřídit nákupčí.</w:t>
            </w:r>
          </w:p>
        </w:tc>
        <w:tc>
          <w:tcPr>
            <w:tcW w:w="864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D8B566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45107EB6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1ACFC6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12:15–12:40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A1D025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Oběd u počítače a e-maily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BB06E4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Bez skutečné přestávky.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041E6F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785B413D" w14:textId="77777777">
        <w:trPr>
          <w:cantSplit/>
          <w:jc w:val="center"/>
        </w:trPr>
        <w:tc>
          <w:tcPr>
            <w:tcW w:w="1656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D9E5A9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12:40–13:30</w:t>
            </w:r>
          </w:p>
        </w:tc>
        <w:tc>
          <w:tcPr>
            <w:tcW w:w="3384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4C3A31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Individuální schůzka se zaměstnancem</w:t>
            </w:r>
          </w:p>
        </w:tc>
        <w:tc>
          <w:tcPr>
            <w:tcW w:w="4032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6153AD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Pravidelné týdenní setkání.</w:t>
            </w:r>
          </w:p>
        </w:tc>
        <w:tc>
          <w:tcPr>
            <w:tcW w:w="864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D3E093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63E4E367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E2B932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13:30–14:20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E78C8E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Individuální schůzka se zaměstnankyní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07F1D0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Schůzka nemá připravený program.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D48451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67D1C723" w14:textId="77777777">
        <w:trPr>
          <w:cantSplit/>
          <w:jc w:val="center"/>
        </w:trPr>
        <w:tc>
          <w:tcPr>
            <w:tcW w:w="1656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F4C74C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14:20–15:00</w:t>
            </w:r>
          </w:p>
        </w:tc>
        <w:tc>
          <w:tcPr>
            <w:tcW w:w="3384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8EA97D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Kontrola chatu a telefonáty</w:t>
            </w:r>
          </w:p>
        </w:tc>
        <w:tc>
          <w:tcPr>
            <w:tcW w:w="4032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091C6A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Reaguje na všechny zprávy okamžitě.</w:t>
            </w:r>
          </w:p>
        </w:tc>
        <w:tc>
          <w:tcPr>
            <w:tcW w:w="864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940007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29EA19B1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D16533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15:00–16:00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244D69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Práce na zprávě o optimalizaci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BAA6F5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Během práce vyřizuje e-maily.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A401E9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7070D687" w14:textId="77777777">
        <w:trPr>
          <w:cantSplit/>
          <w:jc w:val="center"/>
        </w:trPr>
        <w:tc>
          <w:tcPr>
            <w:tcW w:w="1656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E8712C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16:00–16:45</w:t>
            </w:r>
          </w:p>
        </w:tc>
        <w:tc>
          <w:tcPr>
            <w:tcW w:w="3384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4A5E9B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Operativní schůzka s ředitelem</w:t>
            </w:r>
          </w:p>
        </w:tc>
        <w:tc>
          <w:tcPr>
            <w:tcW w:w="4032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1C2DF0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Řediteli podává denní přehled.</w:t>
            </w:r>
          </w:p>
        </w:tc>
        <w:tc>
          <w:tcPr>
            <w:tcW w:w="864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1B0A8E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6783E242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E2FD4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16:45–18:15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1BF0A7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Administrativa a e-maily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EBF84F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Původně měl odejít v 16:30.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A1A6AC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1C9E77E9" w14:textId="77777777">
        <w:trPr>
          <w:cantSplit/>
          <w:jc w:val="center"/>
        </w:trPr>
        <w:tc>
          <w:tcPr>
            <w:tcW w:w="1656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8BECA5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20:00–20:30</w:t>
            </w:r>
          </w:p>
        </w:tc>
        <w:tc>
          <w:tcPr>
            <w:tcW w:w="3384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025AA6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Kontrola pracovního chatu z domova</w:t>
            </w:r>
          </w:p>
        </w:tc>
        <w:tc>
          <w:tcPr>
            <w:tcW w:w="4032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5C4A94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Odpovídá i na neurgentní zprávy.</w:t>
            </w:r>
          </w:p>
        </w:tc>
        <w:tc>
          <w:tcPr>
            <w:tcW w:w="864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A5D30D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</w:tbl>
    <w:p w14:paraId="066AE57D" w14:textId="77777777" w:rsidR="008B00D8" w:rsidRPr="00B312CB" w:rsidRDefault="008B00D8">
      <w:pPr>
        <w:rPr>
          <w:lang w:val="cs-CZ"/>
        </w:rPr>
        <w:sectPr w:rsidR="008B00D8" w:rsidRPr="00B312CB">
          <w:pgSz w:w="12240" w:h="15840"/>
          <w:pgMar w:top="1037" w:right="1037" w:bottom="936" w:left="1037" w:header="403" w:footer="403" w:gutter="0"/>
          <w:cols w:space="720"/>
          <w:docGrid w:linePitch="360"/>
        </w:sectPr>
      </w:pPr>
    </w:p>
    <w:p w14:paraId="4DF29698" w14:textId="77777777" w:rsidR="008B00D8" w:rsidRPr="00B312CB" w:rsidRDefault="00000000">
      <w:pPr>
        <w:pStyle w:val="Nadpis1"/>
        <w:rPr>
          <w:lang w:val="cs-CZ"/>
        </w:rPr>
      </w:pPr>
      <w:r w:rsidRPr="00B312CB">
        <w:rPr>
          <w:lang w:val="cs-CZ"/>
        </w:rPr>
        <w:lastRenderedPageBreak/>
        <w:t>Úterý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656"/>
        <w:gridCol w:w="3384"/>
        <w:gridCol w:w="4032"/>
        <w:gridCol w:w="864"/>
      </w:tblGrid>
      <w:tr w:rsidR="008B00D8" w:rsidRPr="00B312CB" w14:paraId="606F8F85" w14:textId="77777777">
        <w:trPr>
          <w:tblHeader/>
          <w:jc w:val="center"/>
        </w:trPr>
        <w:tc>
          <w:tcPr>
            <w:tcW w:w="1656" w:type="dxa"/>
            <w:shd w:val="clear" w:color="auto" w:fill="54823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88292C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Čas</w:t>
            </w:r>
          </w:p>
        </w:tc>
        <w:tc>
          <w:tcPr>
            <w:tcW w:w="3384" w:type="dxa"/>
            <w:shd w:val="clear" w:color="auto" w:fill="54823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A062A9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Aktivita</w:t>
            </w:r>
          </w:p>
        </w:tc>
        <w:tc>
          <w:tcPr>
            <w:tcW w:w="4032" w:type="dxa"/>
            <w:shd w:val="clear" w:color="auto" w:fill="54823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F5D9F7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Poznámka k situaci</w:t>
            </w:r>
          </w:p>
        </w:tc>
        <w:tc>
          <w:tcPr>
            <w:tcW w:w="864" w:type="dxa"/>
            <w:shd w:val="clear" w:color="auto" w:fill="54823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B7BA36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A–E</w:t>
            </w:r>
          </w:p>
        </w:tc>
      </w:tr>
      <w:tr w:rsidR="008B00D8" w:rsidRPr="00B312CB" w14:paraId="1FF8A843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E1BC5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7:30–8:00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03BD23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Příprava na provozní poradu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7BA588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Část podkladů připravuje opakovaně.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8A26A1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1BEB3ED1" w14:textId="77777777">
        <w:trPr>
          <w:cantSplit/>
          <w:jc w:val="center"/>
        </w:trPr>
        <w:tc>
          <w:tcPr>
            <w:tcW w:w="1656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5BC78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8:00–9:00</w:t>
            </w:r>
          </w:p>
        </w:tc>
        <w:tc>
          <w:tcPr>
            <w:tcW w:w="3384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02D19F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Pravidelná provozní porada</w:t>
            </w:r>
          </w:p>
        </w:tc>
        <w:tc>
          <w:tcPr>
            <w:tcW w:w="4032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30AE75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Stejní účastníci jako v pondělí.</w:t>
            </w:r>
          </w:p>
        </w:tc>
        <w:tc>
          <w:tcPr>
            <w:tcW w:w="864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A19558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13DC62AA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D59658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9:00–10:00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F56D35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Školení k novému softwaru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6B6FC9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Existuje také záznam školení.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AC2A38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50302B61" w14:textId="77777777">
        <w:trPr>
          <w:cantSplit/>
          <w:jc w:val="center"/>
        </w:trPr>
        <w:tc>
          <w:tcPr>
            <w:tcW w:w="1656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C1CFB4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10:00–11:00</w:t>
            </w:r>
          </w:p>
        </w:tc>
        <w:tc>
          <w:tcPr>
            <w:tcW w:w="3384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49EBDC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Pohovor s uchazečem</w:t>
            </w:r>
          </w:p>
        </w:tc>
        <w:tc>
          <w:tcPr>
            <w:tcW w:w="4032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EA04A1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První kolo může vést personalistka.</w:t>
            </w:r>
          </w:p>
        </w:tc>
        <w:tc>
          <w:tcPr>
            <w:tcW w:w="864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C066AF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2FA17EB2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FCFFFA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11:00–12:00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F50E90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Pohovor s druhým uchazečem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3C5DA4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Martin nestihl prostudovat životopis.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E12050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6AB5DB21" w14:textId="77777777">
        <w:trPr>
          <w:cantSplit/>
          <w:jc w:val="center"/>
        </w:trPr>
        <w:tc>
          <w:tcPr>
            <w:tcW w:w="1656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864023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12:00–12:20</w:t>
            </w:r>
          </w:p>
        </w:tc>
        <w:tc>
          <w:tcPr>
            <w:tcW w:w="3384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5777DF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Oběd a telefonáty</w:t>
            </w:r>
          </w:p>
        </w:tc>
        <w:tc>
          <w:tcPr>
            <w:tcW w:w="4032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9E9B34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Bez přestávky.</w:t>
            </w:r>
          </w:p>
        </w:tc>
        <w:tc>
          <w:tcPr>
            <w:tcW w:w="864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B4D0AA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50BE7D38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A464DE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12:20–13:00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BE775D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Řešení zákaznické stížnosti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F5CEAD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Termín byl ve 12:00, úkol je již opožděný.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069CEA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7C7595E5" w14:textId="77777777">
        <w:trPr>
          <w:cantSplit/>
          <w:jc w:val="center"/>
        </w:trPr>
        <w:tc>
          <w:tcPr>
            <w:tcW w:w="1656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D6C0BC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13:00–14:00</w:t>
            </w:r>
          </w:p>
        </w:tc>
        <w:tc>
          <w:tcPr>
            <w:tcW w:w="3384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ACBBA5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Prezentace nového dodavatele</w:t>
            </w:r>
          </w:p>
        </w:tc>
        <w:tc>
          <w:tcPr>
            <w:tcW w:w="4032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A7907D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Účast je dobrovolná.</w:t>
            </w:r>
          </w:p>
        </w:tc>
        <w:tc>
          <w:tcPr>
            <w:tcW w:w="864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5F0CA8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388A8CF2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045E9D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14:00–15:30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AE8095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Projektová porada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879BE9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Projekt má vlastního vedoucího.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7513EF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52FF3048" w14:textId="77777777">
        <w:trPr>
          <w:cantSplit/>
          <w:jc w:val="center"/>
        </w:trPr>
        <w:tc>
          <w:tcPr>
            <w:tcW w:w="1656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4DE094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15:30–16:00</w:t>
            </w:r>
          </w:p>
        </w:tc>
        <w:tc>
          <w:tcPr>
            <w:tcW w:w="3384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AD5E3D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Neplánované návštěvy zaměstnanců</w:t>
            </w:r>
          </w:p>
        </w:tc>
        <w:tc>
          <w:tcPr>
            <w:tcW w:w="4032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052725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Bez předem vymezeného tématu.</w:t>
            </w:r>
          </w:p>
        </w:tc>
        <w:tc>
          <w:tcPr>
            <w:tcW w:w="864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BBA03D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730A802C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EC181E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16:00–16:45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660832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Denní schůzka s ředitelem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554314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Informace by bylo možné zaslat písemně.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FB12BC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2F47084D" w14:textId="77777777">
        <w:trPr>
          <w:cantSplit/>
          <w:jc w:val="center"/>
        </w:trPr>
        <w:tc>
          <w:tcPr>
            <w:tcW w:w="1656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E41BEE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16:45–18:45</w:t>
            </w:r>
          </w:p>
        </w:tc>
        <w:tc>
          <w:tcPr>
            <w:tcW w:w="3384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1074B7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Příprava rozpočtu</w:t>
            </w:r>
          </w:p>
        </w:tc>
        <w:tc>
          <w:tcPr>
            <w:tcW w:w="4032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5A890B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Martin je unavený a dělá chyby.</w:t>
            </w:r>
          </w:p>
        </w:tc>
        <w:tc>
          <w:tcPr>
            <w:tcW w:w="864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482884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6D59E6C2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163C3A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19:00–19:30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115723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Telefonát kvůli provoznímu problému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4899EF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Vedoucí směny mohl rozhodnout samostatně.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460C7C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524BDDED" w14:textId="77777777">
        <w:trPr>
          <w:cantSplit/>
          <w:jc w:val="center"/>
        </w:trPr>
        <w:tc>
          <w:tcPr>
            <w:tcW w:w="1656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F6881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19:30–20:00</w:t>
            </w:r>
          </w:p>
        </w:tc>
        <w:tc>
          <w:tcPr>
            <w:tcW w:w="3384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D02F61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Kontrola e-mailů</w:t>
            </w:r>
          </w:p>
        </w:tc>
        <w:tc>
          <w:tcPr>
            <w:tcW w:w="4032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B65F3A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Ruší plánovaný osobní program.</w:t>
            </w:r>
          </w:p>
        </w:tc>
        <w:tc>
          <w:tcPr>
            <w:tcW w:w="864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6FF662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</w:tbl>
    <w:p w14:paraId="438D9C26" w14:textId="77777777" w:rsidR="008B00D8" w:rsidRPr="00B312CB" w:rsidRDefault="008B00D8">
      <w:pPr>
        <w:rPr>
          <w:lang w:val="cs-CZ"/>
        </w:rPr>
        <w:sectPr w:rsidR="008B00D8" w:rsidRPr="00B312CB">
          <w:pgSz w:w="12240" w:h="15840"/>
          <w:pgMar w:top="1037" w:right="1037" w:bottom="936" w:left="1037" w:header="403" w:footer="403" w:gutter="0"/>
          <w:cols w:space="720"/>
          <w:docGrid w:linePitch="360"/>
        </w:sectPr>
      </w:pPr>
    </w:p>
    <w:p w14:paraId="2AAC297C" w14:textId="77777777" w:rsidR="008B00D8" w:rsidRPr="00B312CB" w:rsidRDefault="00000000">
      <w:pPr>
        <w:pStyle w:val="Nadpis1"/>
        <w:rPr>
          <w:lang w:val="cs-CZ"/>
        </w:rPr>
      </w:pPr>
      <w:r w:rsidRPr="00B312CB">
        <w:rPr>
          <w:lang w:val="cs-CZ"/>
        </w:rPr>
        <w:lastRenderedPageBreak/>
        <w:t>Středa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656"/>
        <w:gridCol w:w="3384"/>
        <w:gridCol w:w="4032"/>
        <w:gridCol w:w="864"/>
      </w:tblGrid>
      <w:tr w:rsidR="008B00D8" w:rsidRPr="00B312CB" w14:paraId="1B4F3F72" w14:textId="77777777">
        <w:trPr>
          <w:tblHeader/>
          <w:jc w:val="center"/>
        </w:trPr>
        <w:tc>
          <w:tcPr>
            <w:tcW w:w="1656" w:type="dxa"/>
            <w:shd w:val="clear" w:color="auto" w:fill="BF8F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C03F0F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Čas</w:t>
            </w:r>
          </w:p>
        </w:tc>
        <w:tc>
          <w:tcPr>
            <w:tcW w:w="3384" w:type="dxa"/>
            <w:shd w:val="clear" w:color="auto" w:fill="BF8F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3FE117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Aktivita</w:t>
            </w:r>
          </w:p>
        </w:tc>
        <w:tc>
          <w:tcPr>
            <w:tcW w:w="4032" w:type="dxa"/>
            <w:shd w:val="clear" w:color="auto" w:fill="BF8F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AB0380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Poznámka k situaci</w:t>
            </w:r>
          </w:p>
        </w:tc>
        <w:tc>
          <w:tcPr>
            <w:tcW w:w="864" w:type="dxa"/>
            <w:shd w:val="clear" w:color="auto" w:fill="BF8F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B21EA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A–E</w:t>
            </w:r>
          </w:p>
        </w:tc>
      </w:tr>
      <w:tr w:rsidR="008B00D8" w:rsidRPr="00B312CB" w14:paraId="6227065A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41AA2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7:15–8:00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29FE79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E-maily a oprava rozpočtových tabulek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145367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Opravuje chyby z úterního večera.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D08264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474B4412" w14:textId="77777777">
        <w:trPr>
          <w:cantSplit/>
          <w:jc w:val="center"/>
        </w:trPr>
        <w:tc>
          <w:tcPr>
            <w:tcW w:w="1656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2B843D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8:00–9:00</w:t>
            </w:r>
          </w:p>
        </w:tc>
        <w:tc>
          <w:tcPr>
            <w:tcW w:w="3384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7CCDF6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Pravidelná provozní porada</w:t>
            </w:r>
          </w:p>
        </w:tc>
        <w:tc>
          <w:tcPr>
            <w:tcW w:w="4032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F619E0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Většina informací se opakuje.</w:t>
            </w:r>
          </w:p>
        </w:tc>
        <w:tc>
          <w:tcPr>
            <w:tcW w:w="864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4B9977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7A4331BE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7F3836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9:00–10:30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9C4903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proofErr w:type="spellStart"/>
            <w:r w:rsidRPr="00B312CB">
              <w:rPr>
                <w:color w:val="000000"/>
                <w:sz w:val="17"/>
                <w:lang w:val="cs-CZ"/>
              </w:rPr>
              <w:t>Mezioddělová</w:t>
            </w:r>
            <w:proofErr w:type="spellEnd"/>
            <w:r w:rsidRPr="00B312CB">
              <w:rPr>
                <w:color w:val="000000"/>
                <w:sz w:val="17"/>
                <w:lang w:val="cs-CZ"/>
              </w:rPr>
              <w:t xml:space="preserve"> pracovní skupina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A99FF3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Martin zde nemá konkrétní úkol.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6A1F64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0B7BF905" w14:textId="77777777">
        <w:trPr>
          <w:cantSplit/>
          <w:jc w:val="center"/>
        </w:trPr>
        <w:tc>
          <w:tcPr>
            <w:tcW w:w="1656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D82DDF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10:30–11:30</w:t>
            </w:r>
          </w:p>
        </w:tc>
        <w:tc>
          <w:tcPr>
            <w:tcW w:w="3384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64BAC6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Řešení konfliktu mezi zaměstnanci</w:t>
            </w:r>
          </w:p>
        </w:tc>
        <w:tc>
          <w:tcPr>
            <w:tcW w:w="4032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5E1406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Rozhovor vede bez přípravy.</w:t>
            </w:r>
          </w:p>
        </w:tc>
        <w:tc>
          <w:tcPr>
            <w:tcW w:w="864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32F8B5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666E2569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0CF050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11:30–12:15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6BE915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Telefonát se zákazníkem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D9910F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Navazuje na opožděné řešení stížnosti.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9EE2C3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37AFC02B" w14:textId="77777777">
        <w:trPr>
          <w:cantSplit/>
          <w:jc w:val="center"/>
        </w:trPr>
        <w:tc>
          <w:tcPr>
            <w:tcW w:w="1656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9E0D6E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12:15–12:35</w:t>
            </w:r>
          </w:p>
        </w:tc>
        <w:tc>
          <w:tcPr>
            <w:tcW w:w="3384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75F81A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Oběd u počítače</w:t>
            </w:r>
          </w:p>
        </w:tc>
        <w:tc>
          <w:tcPr>
            <w:tcW w:w="4032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BBA755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Současně kontroluje prezentaci.</w:t>
            </w:r>
          </w:p>
        </w:tc>
        <w:tc>
          <w:tcPr>
            <w:tcW w:w="864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0F2FF6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715E787F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6BF641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12:35–13:30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D30424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Příprava prezentace pro vedení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529B8A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Původně potřeboval 90 minut.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25DB65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49549FAD" w14:textId="77777777">
        <w:trPr>
          <w:cantSplit/>
          <w:jc w:val="center"/>
        </w:trPr>
        <w:tc>
          <w:tcPr>
            <w:tcW w:w="1656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4192ED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13:30–14:00</w:t>
            </w:r>
          </w:p>
        </w:tc>
        <w:tc>
          <w:tcPr>
            <w:tcW w:w="3384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AE726C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Cesta na poradu vedení</w:t>
            </w:r>
          </w:p>
        </w:tc>
        <w:tc>
          <w:tcPr>
            <w:tcW w:w="4032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68A1C2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Během cesty vyřizuje telefonáty.</w:t>
            </w:r>
          </w:p>
        </w:tc>
        <w:tc>
          <w:tcPr>
            <w:tcW w:w="864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124102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46AA4E0F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7E814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14:00–15:30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330518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Prezentace výsledků oddělení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57444E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Pevný termín.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E45555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520E9A5E" w14:textId="77777777">
        <w:trPr>
          <w:cantSplit/>
          <w:jc w:val="center"/>
        </w:trPr>
        <w:tc>
          <w:tcPr>
            <w:tcW w:w="1656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81676D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15:30–16:00</w:t>
            </w:r>
          </w:p>
        </w:tc>
        <w:tc>
          <w:tcPr>
            <w:tcW w:w="3384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696923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Neplánovaný rozhovor s kolegou</w:t>
            </w:r>
          </w:p>
        </w:tc>
        <w:tc>
          <w:tcPr>
            <w:tcW w:w="4032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F32176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Téma není naléhavé.</w:t>
            </w:r>
          </w:p>
        </w:tc>
        <w:tc>
          <w:tcPr>
            <w:tcW w:w="864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5752C2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21ECBDE5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44E357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16:00–16:45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D23642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Denní schůzka s ředitelem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78378D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Část informací zazněla na předchozí poradě.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F7F130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0BA31D24" w14:textId="77777777">
        <w:trPr>
          <w:cantSplit/>
          <w:jc w:val="center"/>
        </w:trPr>
        <w:tc>
          <w:tcPr>
            <w:tcW w:w="1656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3DAC9F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16:45–18:30</w:t>
            </w:r>
          </w:p>
        </w:tc>
        <w:tc>
          <w:tcPr>
            <w:tcW w:w="3384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140C9A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Práce na zprávě o optimalizaci</w:t>
            </w:r>
          </w:p>
        </w:tc>
        <w:tc>
          <w:tcPr>
            <w:tcW w:w="4032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345CAB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Po náročném dni klesá soustředění.</w:t>
            </w:r>
          </w:p>
        </w:tc>
        <w:tc>
          <w:tcPr>
            <w:tcW w:w="864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D3D51A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08ED7A98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A1A7A0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19:00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A86BC8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Soukromá lékařská návštěva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3BBC82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Martin ji kvůli práci ruší.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BBB3CD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2E827C81" w14:textId="77777777">
        <w:trPr>
          <w:cantSplit/>
          <w:jc w:val="center"/>
        </w:trPr>
        <w:tc>
          <w:tcPr>
            <w:tcW w:w="1656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84D8C3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20:30–21:00</w:t>
            </w:r>
          </w:p>
        </w:tc>
        <w:tc>
          <w:tcPr>
            <w:tcW w:w="3384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7C6584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Kontrola pracovního chatu</w:t>
            </w:r>
          </w:p>
        </w:tc>
        <w:tc>
          <w:tcPr>
            <w:tcW w:w="4032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4F4706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Žádná zpráva není urgentní.</w:t>
            </w:r>
          </w:p>
        </w:tc>
        <w:tc>
          <w:tcPr>
            <w:tcW w:w="864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64BBB9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</w:tbl>
    <w:p w14:paraId="5EEF219A" w14:textId="77777777" w:rsidR="008B00D8" w:rsidRPr="00B312CB" w:rsidRDefault="008B00D8">
      <w:pPr>
        <w:rPr>
          <w:lang w:val="cs-CZ"/>
        </w:rPr>
        <w:sectPr w:rsidR="008B00D8" w:rsidRPr="00B312CB" w:rsidSect="00821061">
          <w:pgSz w:w="12240" w:h="15840"/>
          <w:pgMar w:top="841" w:right="1037" w:bottom="562" w:left="1037" w:header="403" w:footer="403" w:gutter="0"/>
          <w:cols w:space="720"/>
          <w:docGrid w:linePitch="360"/>
        </w:sectPr>
      </w:pPr>
    </w:p>
    <w:p w14:paraId="16E8E864" w14:textId="77777777" w:rsidR="008B00D8" w:rsidRPr="00B312CB" w:rsidRDefault="00000000">
      <w:pPr>
        <w:pStyle w:val="Nadpis1"/>
        <w:rPr>
          <w:lang w:val="cs-CZ"/>
        </w:rPr>
      </w:pPr>
      <w:r w:rsidRPr="00B312CB">
        <w:rPr>
          <w:lang w:val="cs-CZ"/>
        </w:rPr>
        <w:lastRenderedPageBreak/>
        <w:t>Čtvrtek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656"/>
        <w:gridCol w:w="3384"/>
        <w:gridCol w:w="4032"/>
        <w:gridCol w:w="864"/>
      </w:tblGrid>
      <w:tr w:rsidR="008B00D8" w:rsidRPr="00B312CB" w14:paraId="3265BF4D" w14:textId="77777777">
        <w:trPr>
          <w:tblHeader/>
          <w:jc w:val="center"/>
        </w:trPr>
        <w:tc>
          <w:tcPr>
            <w:tcW w:w="1656" w:type="dxa"/>
            <w:shd w:val="clear" w:color="auto" w:fill="7030A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27F6D6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Čas</w:t>
            </w:r>
          </w:p>
        </w:tc>
        <w:tc>
          <w:tcPr>
            <w:tcW w:w="3384" w:type="dxa"/>
            <w:shd w:val="clear" w:color="auto" w:fill="7030A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350D31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Aktivita</w:t>
            </w:r>
          </w:p>
        </w:tc>
        <w:tc>
          <w:tcPr>
            <w:tcW w:w="4032" w:type="dxa"/>
            <w:shd w:val="clear" w:color="auto" w:fill="7030A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47D30A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Poznámka k situaci</w:t>
            </w:r>
          </w:p>
        </w:tc>
        <w:tc>
          <w:tcPr>
            <w:tcW w:w="864" w:type="dxa"/>
            <w:shd w:val="clear" w:color="auto" w:fill="7030A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77FE5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A–E</w:t>
            </w:r>
          </w:p>
        </w:tc>
      </w:tr>
      <w:tr w:rsidR="008B00D8" w:rsidRPr="00B312CB" w14:paraId="0BD9C06E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68C970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7:00–8:00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0486B5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Dokončování zprávy o optimalizaci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B0B05D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Zpráva stále není z poloviny hotová.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6A94C2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694FDCE0" w14:textId="77777777">
        <w:trPr>
          <w:cantSplit/>
          <w:jc w:val="center"/>
        </w:trPr>
        <w:tc>
          <w:tcPr>
            <w:tcW w:w="1656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B7E94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8:00–9:00</w:t>
            </w:r>
          </w:p>
        </w:tc>
        <w:tc>
          <w:tcPr>
            <w:tcW w:w="3384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7DB7F7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Pravidelná provozní porada</w:t>
            </w:r>
          </w:p>
        </w:tc>
        <w:tc>
          <w:tcPr>
            <w:tcW w:w="4032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0750C8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Martin řeší e-maily i během porady.</w:t>
            </w:r>
          </w:p>
        </w:tc>
        <w:tc>
          <w:tcPr>
            <w:tcW w:w="864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B2B829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5E813F61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D9715D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9:00–10:00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DEDD85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Schůzka s IT oddělením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E4FDE7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Mohl by se zúčastnit vedoucí projektu.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ED3E71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49495473" w14:textId="77777777">
        <w:trPr>
          <w:cantSplit/>
          <w:jc w:val="center"/>
        </w:trPr>
        <w:tc>
          <w:tcPr>
            <w:tcW w:w="1656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694D46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10:00–10:30</w:t>
            </w:r>
          </w:p>
        </w:tc>
        <w:tc>
          <w:tcPr>
            <w:tcW w:w="3384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C63286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Neplánované konzultace zaměstnanců</w:t>
            </w:r>
          </w:p>
        </w:tc>
        <w:tc>
          <w:tcPr>
            <w:tcW w:w="4032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8D0C15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Martin nechce nikoho odmítnout.</w:t>
            </w:r>
          </w:p>
        </w:tc>
        <w:tc>
          <w:tcPr>
            <w:tcW w:w="864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154D75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7E6A1A14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399C8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10:30–11:15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372F07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Operativní schůzka s ředitelem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13F1AA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Ředitel žádá pouze stručnou aktualizaci.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2AE397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1E869D92" w14:textId="77777777">
        <w:trPr>
          <w:cantSplit/>
          <w:jc w:val="center"/>
        </w:trPr>
        <w:tc>
          <w:tcPr>
            <w:tcW w:w="1656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7765A1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11:15–12:00</w:t>
            </w:r>
          </w:p>
        </w:tc>
        <w:tc>
          <w:tcPr>
            <w:tcW w:w="3384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82AEC6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Dokončení zprávy o optimalizaci</w:t>
            </w:r>
          </w:p>
        </w:tc>
        <w:tc>
          <w:tcPr>
            <w:tcW w:w="4032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77C13E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Na práci zbývá pouze 45 minut.</w:t>
            </w:r>
          </w:p>
        </w:tc>
        <w:tc>
          <w:tcPr>
            <w:tcW w:w="864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3D1CCD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27ACAEF4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57AD40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12:00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9E4778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Odevzdání zprávy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288A8E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Zpráva obsahuje chyby a chybí závěr.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5839C2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0D6659F8" w14:textId="77777777">
        <w:trPr>
          <w:cantSplit/>
          <w:jc w:val="center"/>
        </w:trPr>
        <w:tc>
          <w:tcPr>
            <w:tcW w:w="1656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C09A90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12:00–12:20</w:t>
            </w:r>
          </w:p>
        </w:tc>
        <w:tc>
          <w:tcPr>
            <w:tcW w:w="3384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F64A92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Oběd u počítače</w:t>
            </w:r>
          </w:p>
        </w:tc>
        <w:tc>
          <w:tcPr>
            <w:tcW w:w="4032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97AF17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Vyřizuje připomínky ke zprávě.</w:t>
            </w:r>
          </w:p>
        </w:tc>
        <w:tc>
          <w:tcPr>
            <w:tcW w:w="864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24B5FD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0D2A9F2E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963545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12:20–13:30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86580E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Kontrola faktur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ECEF92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Běžně ji provádí ekonomka oddělení.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AF8FBF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54CB4E73" w14:textId="77777777">
        <w:trPr>
          <w:cantSplit/>
          <w:jc w:val="center"/>
        </w:trPr>
        <w:tc>
          <w:tcPr>
            <w:tcW w:w="1656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2966E0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13:30–15:00</w:t>
            </w:r>
          </w:p>
        </w:tc>
        <w:tc>
          <w:tcPr>
            <w:tcW w:w="3384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5C7DEF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Workshop o angažovanosti</w:t>
            </w:r>
          </w:p>
        </w:tc>
        <w:tc>
          <w:tcPr>
            <w:tcW w:w="4032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581C81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Účast manažerů je doporučená, nikoliv povinná.</w:t>
            </w:r>
          </w:p>
        </w:tc>
        <w:tc>
          <w:tcPr>
            <w:tcW w:w="864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4A632C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0474F548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8D65DA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15:00–16:00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890807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Administrativa a schvalování dovolených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05D859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Část může vyřídit vedoucí týmu.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49A612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643F3037" w14:textId="77777777">
        <w:trPr>
          <w:cantSplit/>
          <w:jc w:val="center"/>
        </w:trPr>
        <w:tc>
          <w:tcPr>
            <w:tcW w:w="1656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F27E7C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16:00–16:45</w:t>
            </w:r>
          </w:p>
        </w:tc>
        <w:tc>
          <w:tcPr>
            <w:tcW w:w="3384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EB1EC9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Denní schůzka s ředitelem</w:t>
            </w:r>
          </w:p>
        </w:tc>
        <w:tc>
          <w:tcPr>
            <w:tcW w:w="4032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08C049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Třetí kontakt s ředitelem během dne.</w:t>
            </w:r>
          </w:p>
        </w:tc>
        <w:tc>
          <w:tcPr>
            <w:tcW w:w="864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C5A45C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1574C0D4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29A32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16:45–19:00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6585C2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Práce na rozpočtu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C934DA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Kvůli únavě postupuje pomalu.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FD4CB6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4BF2DFBD" w14:textId="77777777">
        <w:trPr>
          <w:cantSplit/>
          <w:jc w:val="center"/>
        </w:trPr>
        <w:tc>
          <w:tcPr>
            <w:tcW w:w="1656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164F45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20:30–21:00</w:t>
            </w:r>
          </w:p>
        </w:tc>
        <w:tc>
          <w:tcPr>
            <w:tcW w:w="3384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EBE421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Odpovědi na e-maily</w:t>
            </w:r>
          </w:p>
        </w:tc>
        <w:tc>
          <w:tcPr>
            <w:tcW w:w="4032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9BAC91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Reaguje také na zprávy bez termínu.</w:t>
            </w:r>
          </w:p>
        </w:tc>
        <w:tc>
          <w:tcPr>
            <w:tcW w:w="864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3803B4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</w:tbl>
    <w:p w14:paraId="3F7E3D36" w14:textId="77777777" w:rsidR="008B00D8" w:rsidRPr="00B312CB" w:rsidRDefault="008B00D8">
      <w:pPr>
        <w:rPr>
          <w:lang w:val="cs-CZ"/>
        </w:rPr>
        <w:sectPr w:rsidR="008B00D8" w:rsidRPr="00B312CB">
          <w:pgSz w:w="12240" w:h="15840"/>
          <w:pgMar w:top="1037" w:right="1037" w:bottom="936" w:left="1037" w:header="403" w:footer="403" w:gutter="0"/>
          <w:cols w:space="720"/>
          <w:docGrid w:linePitch="360"/>
        </w:sectPr>
      </w:pPr>
    </w:p>
    <w:p w14:paraId="68FF1B81" w14:textId="77777777" w:rsidR="008B00D8" w:rsidRPr="00B312CB" w:rsidRDefault="00000000">
      <w:pPr>
        <w:pStyle w:val="Nadpis1"/>
        <w:rPr>
          <w:lang w:val="cs-CZ"/>
        </w:rPr>
      </w:pPr>
      <w:r w:rsidRPr="00B312CB">
        <w:rPr>
          <w:lang w:val="cs-CZ"/>
        </w:rPr>
        <w:lastRenderedPageBreak/>
        <w:t>Pátek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656"/>
        <w:gridCol w:w="3384"/>
        <w:gridCol w:w="4032"/>
        <w:gridCol w:w="864"/>
      </w:tblGrid>
      <w:tr w:rsidR="008B00D8" w:rsidRPr="00B312CB" w14:paraId="0F130804" w14:textId="77777777">
        <w:trPr>
          <w:tblHeader/>
          <w:jc w:val="center"/>
        </w:trPr>
        <w:tc>
          <w:tcPr>
            <w:tcW w:w="1656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CF0A5E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Čas</w:t>
            </w:r>
          </w:p>
        </w:tc>
        <w:tc>
          <w:tcPr>
            <w:tcW w:w="3384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CD7E35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Aktivita</w:t>
            </w:r>
          </w:p>
        </w:tc>
        <w:tc>
          <w:tcPr>
            <w:tcW w:w="4032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6F8ABA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Poznámka k situaci</w:t>
            </w:r>
          </w:p>
        </w:tc>
        <w:tc>
          <w:tcPr>
            <w:tcW w:w="864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29C262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A–E</w:t>
            </w:r>
          </w:p>
        </w:tc>
      </w:tr>
      <w:tr w:rsidR="008B00D8" w:rsidRPr="00B312CB" w14:paraId="10A911EA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272FD5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7:00–8:00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62E8ED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Dokončení rozpočtu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8EB12D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Termín je v 10:00.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2FE675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41082C8F" w14:textId="77777777">
        <w:trPr>
          <w:cantSplit/>
          <w:jc w:val="center"/>
        </w:trPr>
        <w:tc>
          <w:tcPr>
            <w:tcW w:w="1656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20F7B4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8:00–9:00</w:t>
            </w:r>
          </w:p>
        </w:tc>
        <w:tc>
          <w:tcPr>
            <w:tcW w:w="3384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CB88FD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Pravidelná provozní porada</w:t>
            </w:r>
          </w:p>
        </w:tc>
        <w:tc>
          <w:tcPr>
            <w:tcW w:w="4032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530829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Protáhne se kvůli nesouvisející diskusi.</w:t>
            </w:r>
          </w:p>
        </w:tc>
        <w:tc>
          <w:tcPr>
            <w:tcW w:w="864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6CD3DA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4430098D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A24609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9:00–10:00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65AA2C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Kontrola a odevzdání rozpočtu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3E5132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Martin objeví další chyby.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BDC4B5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70108D05" w14:textId="77777777">
        <w:trPr>
          <w:cantSplit/>
          <w:jc w:val="center"/>
        </w:trPr>
        <w:tc>
          <w:tcPr>
            <w:tcW w:w="1656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EB501A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10:00–10:45</w:t>
            </w:r>
          </w:p>
        </w:tc>
        <w:tc>
          <w:tcPr>
            <w:tcW w:w="3384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6C9BCF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Týdenní porada vedoucích</w:t>
            </w:r>
          </w:p>
        </w:tc>
        <w:tc>
          <w:tcPr>
            <w:tcW w:w="4032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A22E0A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Část témat již řešil s ředitelem.</w:t>
            </w:r>
          </w:p>
        </w:tc>
        <w:tc>
          <w:tcPr>
            <w:tcW w:w="864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CD1E4E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3FA1C9D9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FEEE3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10:45–11:30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06192F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Hodnocení zaměstnankyně ve zkušební době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01126A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Nemá připravené konkrétní podklady.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2C4D63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4029C575" w14:textId="77777777">
        <w:trPr>
          <w:cantSplit/>
          <w:jc w:val="center"/>
        </w:trPr>
        <w:tc>
          <w:tcPr>
            <w:tcW w:w="1656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C95F7A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11:30–12:15</w:t>
            </w:r>
          </w:p>
        </w:tc>
        <w:tc>
          <w:tcPr>
            <w:tcW w:w="3384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609667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Rozhovor o nedodržování termínů</w:t>
            </w:r>
          </w:p>
        </w:tc>
        <w:tc>
          <w:tcPr>
            <w:tcW w:w="4032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76A10B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Rozhovor byl několikrát odložen.</w:t>
            </w:r>
          </w:p>
        </w:tc>
        <w:tc>
          <w:tcPr>
            <w:tcW w:w="864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0D029A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6CF1651C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88E87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12:15–12:35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4B7B65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Oběd u pracovního stolu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C99AD2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Současně odpovídá na zprávy.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454EEB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7228D89D" w14:textId="77777777">
        <w:trPr>
          <w:cantSplit/>
          <w:jc w:val="center"/>
        </w:trPr>
        <w:tc>
          <w:tcPr>
            <w:tcW w:w="1656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C0D7EA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12:35–13:30</w:t>
            </w:r>
          </w:p>
        </w:tc>
        <w:tc>
          <w:tcPr>
            <w:tcW w:w="3384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27DF56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Kontrola výkazů docházky</w:t>
            </w:r>
          </w:p>
        </w:tc>
        <w:tc>
          <w:tcPr>
            <w:tcW w:w="4032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AFA9FA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Kontrolu může provést asistentka.</w:t>
            </w:r>
          </w:p>
        </w:tc>
        <w:tc>
          <w:tcPr>
            <w:tcW w:w="864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18BD75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4C5D7604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0AF832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13:30–14:30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E06510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Týmová reflexe týdne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91FAEA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Nemá stanovený cíl ani strukturu.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53D6A0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3712DE72" w14:textId="77777777">
        <w:trPr>
          <w:cantSplit/>
          <w:jc w:val="center"/>
        </w:trPr>
        <w:tc>
          <w:tcPr>
            <w:tcW w:w="1656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8552A4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14:30–15:30</w:t>
            </w:r>
          </w:p>
        </w:tc>
        <w:tc>
          <w:tcPr>
            <w:tcW w:w="3384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C03996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Individuální schůzka se zaměstnancem</w:t>
            </w:r>
          </w:p>
        </w:tc>
        <w:tc>
          <w:tcPr>
            <w:tcW w:w="4032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6E31CC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Lze přesunout na další týden.</w:t>
            </w:r>
          </w:p>
        </w:tc>
        <w:tc>
          <w:tcPr>
            <w:tcW w:w="864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790DCA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0C5FF54B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EC80A5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15:30–16:00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1033DA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Vyřizování e-mailů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A1F9FA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V doručené poště stále zůstává 48 zpráv.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FFC61C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2DB026AD" w14:textId="77777777">
        <w:trPr>
          <w:cantSplit/>
          <w:jc w:val="center"/>
        </w:trPr>
        <w:tc>
          <w:tcPr>
            <w:tcW w:w="1656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51FEE8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16:00–16:45</w:t>
            </w:r>
          </w:p>
        </w:tc>
        <w:tc>
          <w:tcPr>
            <w:tcW w:w="3384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AD011E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Denní schůzka s ředitelem</w:t>
            </w:r>
          </w:p>
        </w:tc>
        <w:tc>
          <w:tcPr>
            <w:tcW w:w="4032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10B8E2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Ředitel očekává pouze stručné shrnutí týdne.</w:t>
            </w:r>
          </w:p>
        </w:tc>
        <w:tc>
          <w:tcPr>
            <w:tcW w:w="864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919FE7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7B76C7C0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C898CE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16:45–18:00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9B0E7E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Plánování dalšího týdne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87FB0B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Přijímá další schůzky bez kontroly kapacity.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B6DE30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</w:tbl>
    <w:p w14:paraId="16DA1BAB" w14:textId="77777777" w:rsidR="008B00D8" w:rsidRPr="00B312CB" w:rsidRDefault="008B00D8">
      <w:pPr>
        <w:rPr>
          <w:lang w:val="cs-CZ"/>
        </w:rPr>
        <w:sectPr w:rsidR="008B00D8" w:rsidRPr="00B312CB">
          <w:pgSz w:w="12240" w:h="15840"/>
          <w:pgMar w:top="1037" w:right="1037" w:bottom="936" w:left="1037" w:header="403" w:footer="403" w:gutter="0"/>
          <w:cols w:space="720"/>
          <w:docGrid w:linePitch="360"/>
        </w:sectPr>
      </w:pPr>
    </w:p>
    <w:p w14:paraId="48643FD2" w14:textId="77777777" w:rsidR="008B00D8" w:rsidRPr="00B312CB" w:rsidRDefault="00000000">
      <w:pPr>
        <w:pStyle w:val="Nadpis1"/>
        <w:rPr>
          <w:lang w:val="cs-CZ"/>
        </w:rPr>
      </w:pPr>
      <w:r w:rsidRPr="00B312CB">
        <w:rPr>
          <w:lang w:val="cs-CZ"/>
        </w:rPr>
        <w:lastRenderedPageBreak/>
        <w:t>Víkend a první pozorování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656"/>
        <w:gridCol w:w="3384"/>
        <w:gridCol w:w="4032"/>
        <w:gridCol w:w="864"/>
      </w:tblGrid>
      <w:tr w:rsidR="008B00D8" w:rsidRPr="00B312CB" w14:paraId="1440462A" w14:textId="77777777">
        <w:trPr>
          <w:tblHeader/>
          <w:jc w:val="center"/>
        </w:trPr>
        <w:tc>
          <w:tcPr>
            <w:tcW w:w="1656" w:type="dxa"/>
            <w:shd w:val="clear" w:color="auto" w:fill="59595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F126D1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Čas</w:t>
            </w:r>
          </w:p>
        </w:tc>
        <w:tc>
          <w:tcPr>
            <w:tcW w:w="3384" w:type="dxa"/>
            <w:shd w:val="clear" w:color="auto" w:fill="59595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6AFD5C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Aktivita</w:t>
            </w:r>
          </w:p>
        </w:tc>
        <w:tc>
          <w:tcPr>
            <w:tcW w:w="4032" w:type="dxa"/>
            <w:shd w:val="clear" w:color="auto" w:fill="59595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869FA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Poznámka k situaci</w:t>
            </w:r>
          </w:p>
        </w:tc>
        <w:tc>
          <w:tcPr>
            <w:tcW w:w="864" w:type="dxa"/>
            <w:shd w:val="clear" w:color="auto" w:fill="59595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A83685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A–E</w:t>
            </w:r>
          </w:p>
        </w:tc>
      </w:tr>
      <w:tr w:rsidR="008B00D8" w:rsidRPr="00B312CB" w14:paraId="3E561B33" w14:textId="77777777">
        <w:trPr>
          <w:cantSplit/>
          <w:jc w:val="center"/>
        </w:trPr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D0756E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Sobota 9:00–11:00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35AAF7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Oprava zprávy o optimalizaci</w:t>
            </w:r>
          </w:p>
        </w:tc>
        <w:tc>
          <w:tcPr>
            <w:tcW w:w="40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ECB3CE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Zpráva byla odevzdána s chybami.</w:t>
            </w:r>
          </w:p>
        </w:tc>
        <w:tc>
          <w:tcPr>
            <w:tcW w:w="8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BA9E42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  <w:tr w:rsidR="008B00D8" w:rsidRPr="00B312CB" w14:paraId="38868B41" w14:textId="77777777">
        <w:trPr>
          <w:cantSplit/>
          <w:jc w:val="center"/>
        </w:trPr>
        <w:tc>
          <w:tcPr>
            <w:tcW w:w="1656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5E4979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000000"/>
                <w:sz w:val="16"/>
                <w:lang w:val="cs-CZ"/>
              </w:rPr>
              <w:t>Neděle 18:00–19:00</w:t>
            </w:r>
          </w:p>
        </w:tc>
        <w:tc>
          <w:tcPr>
            <w:tcW w:w="338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35678C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E-maily a příprava pondělní porady</w:t>
            </w:r>
          </w:p>
        </w:tc>
        <w:tc>
          <w:tcPr>
            <w:tcW w:w="4032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D22F5E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color w:val="000000"/>
                <w:sz w:val="17"/>
                <w:lang w:val="cs-CZ"/>
              </w:rPr>
              <w:t>Martin se nedokáže od práce psychicky odpoutat.</w:t>
            </w:r>
          </w:p>
        </w:tc>
        <w:tc>
          <w:tcPr>
            <w:tcW w:w="86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6FE3E5" w14:textId="77777777" w:rsidR="008B00D8" w:rsidRPr="00B312CB" w:rsidRDefault="008B00D8">
            <w:pPr>
              <w:spacing w:after="0" w:line="252" w:lineRule="auto"/>
              <w:jc w:val="center"/>
              <w:rPr>
                <w:lang w:val="cs-CZ"/>
              </w:rPr>
            </w:pPr>
          </w:p>
        </w:tc>
      </w:tr>
    </w:tbl>
    <w:p w14:paraId="1C9905E5" w14:textId="77777777" w:rsidR="008B00D8" w:rsidRPr="00B312CB" w:rsidRDefault="00000000">
      <w:pPr>
        <w:pStyle w:val="Nadpis2"/>
        <w:rPr>
          <w:lang w:val="cs-CZ"/>
        </w:rPr>
      </w:pPr>
      <w:r w:rsidRPr="00B312CB">
        <w:rPr>
          <w:lang w:val="cs-CZ"/>
        </w:rPr>
        <w:t>První pozorování</w:t>
      </w:r>
    </w:p>
    <w:p w14:paraId="3583EE65" w14:textId="77777777" w:rsidR="008B00D8" w:rsidRPr="00B312CB" w:rsidRDefault="00000000">
      <w:pPr>
        <w:rPr>
          <w:lang w:val="cs-CZ"/>
        </w:rPr>
      </w:pPr>
      <w:r w:rsidRPr="00B312CB">
        <w:rPr>
          <w:lang w:val="cs-CZ"/>
        </w:rPr>
        <w:t>Ještě před podrobnou analýzou zapište šest jevů, které vás v Martinově týdnu zaujaly jako první.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384"/>
        <w:gridCol w:w="5904"/>
      </w:tblGrid>
      <w:tr w:rsidR="008B00D8" w:rsidRPr="00B312CB" w14:paraId="7A232C12" w14:textId="77777777">
        <w:trPr>
          <w:jc w:val="center"/>
        </w:trPr>
        <w:tc>
          <w:tcPr>
            <w:tcW w:w="648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5D681E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Č.</w:t>
            </w:r>
          </w:p>
        </w:tc>
        <w:tc>
          <w:tcPr>
            <w:tcW w:w="3384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700F0F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Oblast</w:t>
            </w:r>
          </w:p>
        </w:tc>
        <w:tc>
          <w:tcPr>
            <w:tcW w:w="5904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FE62DA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Konkrétní pozorování</w:t>
            </w:r>
          </w:p>
        </w:tc>
      </w:tr>
      <w:tr w:rsidR="008B00D8" w:rsidRPr="00B312CB" w14:paraId="376FA640" w14:textId="77777777">
        <w:trPr>
          <w:trHeight w:val="634"/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5E9771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1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E488EA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59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65620E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509611E8" w14:textId="77777777">
        <w:trPr>
          <w:trHeight w:val="634"/>
          <w:jc w:val="center"/>
        </w:trPr>
        <w:tc>
          <w:tcPr>
            <w:tcW w:w="64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49C60E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2</w:t>
            </w:r>
          </w:p>
        </w:tc>
        <w:tc>
          <w:tcPr>
            <w:tcW w:w="338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3FFB01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590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8D08C4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4626C524" w14:textId="77777777">
        <w:trPr>
          <w:trHeight w:val="634"/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39CEC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3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BF0F99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59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C62FDB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60DC812E" w14:textId="77777777">
        <w:trPr>
          <w:trHeight w:val="634"/>
          <w:jc w:val="center"/>
        </w:trPr>
        <w:tc>
          <w:tcPr>
            <w:tcW w:w="64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65D516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4</w:t>
            </w:r>
          </w:p>
        </w:tc>
        <w:tc>
          <w:tcPr>
            <w:tcW w:w="338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AC931E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590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94D5D7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592D5C60" w14:textId="77777777">
        <w:trPr>
          <w:trHeight w:val="634"/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54A705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5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980E1B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59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6210D9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360C1C69" w14:textId="77777777">
        <w:trPr>
          <w:trHeight w:val="634"/>
          <w:jc w:val="center"/>
        </w:trPr>
        <w:tc>
          <w:tcPr>
            <w:tcW w:w="64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3DBF58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6</w:t>
            </w:r>
          </w:p>
        </w:tc>
        <w:tc>
          <w:tcPr>
            <w:tcW w:w="338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E25F19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590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670A8A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</w:tbl>
    <w:p w14:paraId="09AABE8A" w14:textId="77777777" w:rsidR="008B00D8" w:rsidRPr="00B312CB" w:rsidRDefault="008B00D8">
      <w:pPr>
        <w:rPr>
          <w:lang w:val="cs-CZ"/>
        </w:rPr>
        <w:sectPr w:rsidR="008B00D8" w:rsidRPr="00B312CB">
          <w:pgSz w:w="12240" w:h="15840"/>
          <w:pgMar w:top="1037" w:right="1037" w:bottom="936" w:left="1037" w:header="403" w:footer="403" w:gutter="0"/>
          <w:cols w:space="720"/>
          <w:docGrid w:linePitch="360"/>
        </w:sectPr>
      </w:pPr>
    </w:p>
    <w:p w14:paraId="765C782A" w14:textId="77777777" w:rsidR="008B00D8" w:rsidRPr="00B312CB" w:rsidRDefault="00000000">
      <w:pPr>
        <w:pStyle w:val="Nadpis1"/>
        <w:rPr>
          <w:lang w:val="cs-CZ"/>
        </w:rPr>
      </w:pPr>
      <w:r w:rsidRPr="00B312CB">
        <w:rPr>
          <w:lang w:val="cs-CZ"/>
        </w:rPr>
        <w:lastRenderedPageBreak/>
        <w:t>Analýza současného kalendáře</w:t>
      </w:r>
    </w:p>
    <w:p w14:paraId="547AE0C3" w14:textId="77777777" w:rsidR="008B00D8" w:rsidRPr="00B312CB" w:rsidRDefault="00000000">
      <w:pPr>
        <w:spacing w:after="140"/>
        <w:rPr>
          <w:lang w:val="cs-CZ"/>
        </w:rPr>
      </w:pPr>
      <w:r w:rsidRPr="00B312CB">
        <w:rPr>
          <w:lang w:val="cs-CZ"/>
        </w:rPr>
        <w:t>Zapište alespoň deset konkrétních problémů. U každého uveďte důkaz z kalendáře a jeho možný dopad na výkon, kvalitu rozhodování nebo osobní život manažera.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952"/>
        <w:gridCol w:w="3168"/>
        <w:gridCol w:w="3168"/>
      </w:tblGrid>
      <w:tr w:rsidR="008B00D8" w:rsidRPr="00B312CB" w14:paraId="3A9E9FFC" w14:textId="77777777">
        <w:trPr>
          <w:tblHeader/>
          <w:jc w:val="center"/>
        </w:trPr>
        <w:tc>
          <w:tcPr>
            <w:tcW w:w="648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0D7C46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Č.</w:t>
            </w:r>
          </w:p>
        </w:tc>
        <w:tc>
          <w:tcPr>
            <w:tcW w:w="2952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653E54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Problém</w:t>
            </w:r>
          </w:p>
        </w:tc>
        <w:tc>
          <w:tcPr>
            <w:tcW w:w="3168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14FF7E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Důkaz z kalendáře</w:t>
            </w:r>
          </w:p>
        </w:tc>
        <w:tc>
          <w:tcPr>
            <w:tcW w:w="3168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9A82F4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Možný dopad</w:t>
            </w:r>
          </w:p>
        </w:tc>
      </w:tr>
      <w:tr w:rsidR="008B00D8" w:rsidRPr="00B312CB" w14:paraId="1FED4A62" w14:textId="77777777">
        <w:trPr>
          <w:trHeight w:val="605"/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6C5C1D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1</w:t>
            </w:r>
          </w:p>
        </w:tc>
        <w:tc>
          <w:tcPr>
            <w:tcW w:w="29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16AF02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44BDE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3679D9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1D2D9C9B" w14:textId="77777777">
        <w:trPr>
          <w:trHeight w:val="605"/>
          <w:jc w:val="center"/>
        </w:trPr>
        <w:tc>
          <w:tcPr>
            <w:tcW w:w="64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4B4F31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2</w:t>
            </w:r>
          </w:p>
        </w:tc>
        <w:tc>
          <w:tcPr>
            <w:tcW w:w="2952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29F07A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FB64E4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5A604F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26CC30B4" w14:textId="77777777">
        <w:trPr>
          <w:trHeight w:val="605"/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DD9AF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3</w:t>
            </w:r>
          </w:p>
        </w:tc>
        <w:tc>
          <w:tcPr>
            <w:tcW w:w="29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8F839F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B94EF1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1647C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373403BA" w14:textId="77777777">
        <w:trPr>
          <w:trHeight w:val="605"/>
          <w:jc w:val="center"/>
        </w:trPr>
        <w:tc>
          <w:tcPr>
            <w:tcW w:w="64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751E98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4</w:t>
            </w:r>
          </w:p>
        </w:tc>
        <w:tc>
          <w:tcPr>
            <w:tcW w:w="2952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235F5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0DA0A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D9879A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02023195" w14:textId="77777777">
        <w:trPr>
          <w:trHeight w:val="605"/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7FCCD0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5</w:t>
            </w:r>
          </w:p>
        </w:tc>
        <w:tc>
          <w:tcPr>
            <w:tcW w:w="29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E1240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2FD991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BA4BFF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51D7D5B7" w14:textId="77777777">
        <w:trPr>
          <w:trHeight w:val="605"/>
          <w:jc w:val="center"/>
        </w:trPr>
        <w:tc>
          <w:tcPr>
            <w:tcW w:w="64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34E098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6</w:t>
            </w:r>
          </w:p>
        </w:tc>
        <w:tc>
          <w:tcPr>
            <w:tcW w:w="2952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98FB4A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ED2F1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34135D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323E37B1" w14:textId="77777777">
        <w:trPr>
          <w:trHeight w:val="605"/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2E9BC7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7</w:t>
            </w:r>
          </w:p>
        </w:tc>
        <w:tc>
          <w:tcPr>
            <w:tcW w:w="29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1B1A60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CFC31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7C510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312076A8" w14:textId="77777777">
        <w:trPr>
          <w:trHeight w:val="605"/>
          <w:jc w:val="center"/>
        </w:trPr>
        <w:tc>
          <w:tcPr>
            <w:tcW w:w="64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EB3E38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8</w:t>
            </w:r>
          </w:p>
        </w:tc>
        <w:tc>
          <w:tcPr>
            <w:tcW w:w="2952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BEB7A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99065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95350A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46CD13FF" w14:textId="77777777">
        <w:trPr>
          <w:trHeight w:val="605"/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74E373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9</w:t>
            </w:r>
          </w:p>
        </w:tc>
        <w:tc>
          <w:tcPr>
            <w:tcW w:w="29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468A2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2E7F57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D7F48A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3202E477" w14:textId="77777777">
        <w:trPr>
          <w:trHeight w:val="605"/>
          <w:jc w:val="center"/>
        </w:trPr>
        <w:tc>
          <w:tcPr>
            <w:tcW w:w="64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84EA83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10</w:t>
            </w:r>
          </w:p>
        </w:tc>
        <w:tc>
          <w:tcPr>
            <w:tcW w:w="2952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258B5E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605E94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16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192DE9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</w:tbl>
    <w:p w14:paraId="34037223" w14:textId="77777777" w:rsidR="008B00D8" w:rsidRPr="00B312CB" w:rsidRDefault="008B00D8">
      <w:pPr>
        <w:rPr>
          <w:lang w:val="cs-CZ"/>
        </w:rPr>
        <w:sectPr w:rsidR="008B00D8" w:rsidRPr="00B312CB">
          <w:pgSz w:w="12240" w:h="15840"/>
          <w:pgMar w:top="1037" w:right="1037" w:bottom="936" w:left="1037" w:header="403" w:footer="403" w:gutter="0"/>
          <w:cols w:space="720"/>
          <w:docGrid w:linePitch="360"/>
        </w:sectPr>
      </w:pPr>
    </w:p>
    <w:p w14:paraId="033E7871" w14:textId="77777777" w:rsidR="008B00D8" w:rsidRPr="00B312CB" w:rsidRDefault="00000000">
      <w:pPr>
        <w:pStyle w:val="Nadpis1"/>
        <w:rPr>
          <w:lang w:val="cs-CZ"/>
        </w:rPr>
      </w:pPr>
      <w:r w:rsidRPr="00B312CB">
        <w:rPr>
          <w:lang w:val="cs-CZ"/>
        </w:rPr>
        <w:lastRenderedPageBreak/>
        <w:t>Rozhodnutí o nejdůležitějších změnách</w:t>
      </w:r>
    </w:p>
    <w:p w14:paraId="0E9F44B8" w14:textId="77777777" w:rsidR="008B00D8" w:rsidRPr="00B312CB" w:rsidRDefault="00000000">
      <w:pPr>
        <w:spacing w:after="140"/>
        <w:rPr>
          <w:lang w:val="cs-CZ"/>
        </w:rPr>
      </w:pPr>
      <w:r w:rsidRPr="00B312CB">
        <w:rPr>
          <w:lang w:val="cs-CZ"/>
        </w:rPr>
        <w:t>Vyberte osm aktivit, u kterých navrhujete zásadní změnu. Nejde pouze o uvolnění času; řešení musí zachovat důležité výsledky a odpovědnost manažera.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008"/>
        <w:gridCol w:w="3024"/>
        <w:gridCol w:w="3024"/>
      </w:tblGrid>
      <w:tr w:rsidR="008B00D8" w:rsidRPr="00B312CB" w14:paraId="4F5A0182" w14:textId="77777777">
        <w:trPr>
          <w:jc w:val="center"/>
        </w:trPr>
        <w:tc>
          <w:tcPr>
            <w:tcW w:w="2880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1C0D22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Původní aktivita</w:t>
            </w:r>
          </w:p>
        </w:tc>
        <w:tc>
          <w:tcPr>
            <w:tcW w:w="1008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308401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Kód</w:t>
            </w:r>
          </w:p>
        </w:tc>
        <w:tc>
          <w:tcPr>
            <w:tcW w:w="3024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44EC1C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Nové řešení</w:t>
            </w:r>
          </w:p>
        </w:tc>
        <w:tc>
          <w:tcPr>
            <w:tcW w:w="3024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22CE88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8"/>
                <w:lang w:val="cs-CZ"/>
              </w:rPr>
              <w:t>Zdůvodnění</w:t>
            </w:r>
          </w:p>
        </w:tc>
      </w:tr>
      <w:tr w:rsidR="008B00D8" w:rsidRPr="00B312CB" w14:paraId="4C574DFA" w14:textId="77777777">
        <w:trPr>
          <w:trHeight w:val="792"/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F8CAB7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85BD4D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0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BBFF40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0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3C10A4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053C2764" w14:textId="77777777">
        <w:trPr>
          <w:trHeight w:val="792"/>
          <w:jc w:val="center"/>
        </w:trPr>
        <w:tc>
          <w:tcPr>
            <w:tcW w:w="2880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5746F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100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4A2EB9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02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EF4380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02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FD6C9A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35DA4CF9" w14:textId="77777777">
        <w:trPr>
          <w:trHeight w:val="792"/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BFD9D4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148431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0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200E1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0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CA3ED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00F6C602" w14:textId="77777777">
        <w:trPr>
          <w:trHeight w:val="792"/>
          <w:jc w:val="center"/>
        </w:trPr>
        <w:tc>
          <w:tcPr>
            <w:tcW w:w="2880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C7B823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100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EFDBBA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02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CD2D37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02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4C44C3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479DD030" w14:textId="77777777">
        <w:trPr>
          <w:trHeight w:val="792"/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16F40D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9D487B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0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F246A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0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8E2E94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65ADF9AA" w14:textId="77777777">
        <w:trPr>
          <w:trHeight w:val="792"/>
          <w:jc w:val="center"/>
        </w:trPr>
        <w:tc>
          <w:tcPr>
            <w:tcW w:w="2880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4894F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100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884F54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02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5823CE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02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626AF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75F23668" w14:textId="77777777">
        <w:trPr>
          <w:trHeight w:val="792"/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4FE59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27D53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0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2B15B1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0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EBED10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6A632A76" w14:textId="77777777">
        <w:trPr>
          <w:trHeight w:val="792"/>
          <w:jc w:val="center"/>
        </w:trPr>
        <w:tc>
          <w:tcPr>
            <w:tcW w:w="2880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1E2B71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100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75766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02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4D0E6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02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2EB1AE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</w:tbl>
    <w:p w14:paraId="7960F14B" w14:textId="77777777" w:rsidR="008B00D8" w:rsidRPr="00B312CB" w:rsidRDefault="008B00D8">
      <w:pPr>
        <w:rPr>
          <w:lang w:val="cs-CZ"/>
        </w:rPr>
        <w:sectPr w:rsidR="008B00D8" w:rsidRPr="00B312CB">
          <w:pgSz w:w="12240" w:h="15840"/>
          <w:pgMar w:top="1037" w:right="1037" w:bottom="936" w:left="1037" w:header="403" w:footer="403" w:gutter="0"/>
          <w:cols w:space="720"/>
          <w:docGrid w:linePitch="360"/>
        </w:sectPr>
      </w:pPr>
    </w:p>
    <w:p w14:paraId="1715B0D3" w14:textId="77777777" w:rsidR="008B00D8" w:rsidRPr="00B312CB" w:rsidRDefault="00000000">
      <w:pPr>
        <w:pStyle w:val="Nadpis1"/>
        <w:rPr>
          <w:lang w:val="cs-CZ"/>
        </w:rPr>
      </w:pPr>
      <w:r w:rsidRPr="00B312CB">
        <w:rPr>
          <w:lang w:val="cs-CZ"/>
        </w:rPr>
        <w:lastRenderedPageBreak/>
        <w:t>Návrh optimalizovaného týdne</w:t>
      </w:r>
    </w:p>
    <w:p w14:paraId="362D5BC1" w14:textId="77777777" w:rsidR="008B00D8" w:rsidRPr="00B312CB" w:rsidRDefault="00000000">
      <w:pPr>
        <w:rPr>
          <w:lang w:val="cs-CZ"/>
        </w:rPr>
      </w:pPr>
      <w:r w:rsidRPr="00B312CB">
        <w:rPr>
          <w:lang w:val="cs-CZ"/>
        </w:rPr>
        <w:t>Do nového plánu zapisujte nejen čas a aktivitu, ale také odpovědnou osobu a očekávaný výstup. Vyhraďte souvislé bloky pro náročnou práci a ponechte realistické rezervy.</w:t>
      </w:r>
    </w:p>
    <w:p w14:paraId="0525D16F" w14:textId="77777777" w:rsidR="008B00D8" w:rsidRPr="00B312CB" w:rsidRDefault="00000000">
      <w:pPr>
        <w:pStyle w:val="Nadpis2"/>
        <w:rPr>
          <w:lang w:val="cs-CZ"/>
        </w:rPr>
      </w:pPr>
      <w:r w:rsidRPr="00B312CB">
        <w:rPr>
          <w:lang w:val="cs-CZ"/>
        </w:rPr>
        <w:t>Pondělí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3960"/>
        <w:gridCol w:w="2088"/>
        <w:gridCol w:w="2448"/>
      </w:tblGrid>
      <w:tr w:rsidR="008B00D8" w:rsidRPr="00B312CB" w14:paraId="50D7024B" w14:textId="77777777">
        <w:trPr>
          <w:jc w:val="center"/>
        </w:trPr>
        <w:tc>
          <w:tcPr>
            <w:tcW w:w="1440" w:type="dxa"/>
            <w:shd w:val="clear" w:color="auto" w:fill="4472C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E04C65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Čas</w:t>
            </w:r>
          </w:p>
        </w:tc>
        <w:tc>
          <w:tcPr>
            <w:tcW w:w="3960" w:type="dxa"/>
            <w:shd w:val="clear" w:color="auto" w:fill="4472C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DF7397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Aktivita</w:t>
            </w:r>
          </w:p>
        </w:tc>
        <w:tc>
          <w:tcPr>
            <w:tcW w:w="2088" w:type="dxa"/>
            <w:shd w:val="clear" w:color="auto" w:fill="4472C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624AD6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Odpovědná osoba</w:t>
            </w:r>
          </w:p>
        </w:tc>
        <w:tc>
          <w:tcPr>
            <w:tcW w:w="2448" w:type="dxa"/>
            <w:shd w:val="clear" w:color="auto" w:fill="4472C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DDCB8F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Účel nebo výstup</w:t>
            </w:r>
          </w:p>
        </w:tc>
      </w:tr>
      <w:tr w:rsidR="008B00D8" w:rsidRPr="00B312CB" w14:paraId="0CBDE7A1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7FCCD0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E13209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496161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29A579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5E30D530" w14:textId="77777777">
        <w:trPr>
          <w:trHeight w:val="547"/>
          <w:jc w:val="center"/>
        </w:trPr>
        <w:tc>
          <w:tcPr>
            <w:tcW w:w="1440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6BC8B4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FF8A9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749D9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CEA8D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35ACD13D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6F8767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AA42A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CBB80B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603A63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3D8D56D0" w14:textId="77777777">
        <w:trPr>
          <w:trHeight w:val="547"/>
          <w:jc w:val="center"/>
        </w:trPr>
        <w:tc>
          <w:tcPr>
            <w:tcW w:w="1440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E3F2F1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EBE2F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6EE84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D2081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4E3927F6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48381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9C8B9E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A50E5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2395DD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7396C6C5" w14:textId="77777777">
        <w:trPr>
          <w:trHeight w:val="547"/>
          <w:jc w:val="center"/>
        </w:trPr>
        <w:tc>
          <w:tcPr>
            <w:tcW w:w="1440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BED8C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8EAD39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982B4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shd w:val="clear" w:color="auto" w:fill="EAF0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C0AC17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</w:tbl>
    <w:p w14:paraId="7A545A4A" w14:textId="77777777" w:rsidR="008B00D8" w:rsidRPr="00B312CB" w:rsidRDefault="00000000">
      <w:pPr>
        <w:pStyle w:val="Nadpis2"/>
        <w:rPr>
          <w:lang w:val="cs-CZ"/>
        </w:rPr>
      </w:pPr>
      <w:r w:rsidRPr="00B312CB">
        <w:rPr>
          <w:lang w:val="cs-CZ"/>
        </w:rPr>
        <w:t>Úterý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3960"/>
        <w:gridCol w:w="2088"/>
        <w:gridCol w:w="2448"/>
      </w:tblGrid>
      <w:tr w:rsidR="008B00D8" w:rsidRPr="00B312CB" w14:paraId="399219C4" w14:textId="77777777">
        <w:trPr>
          <w:jc w:val="center"/>
        </w:trPr>
        <w:tc>
          <w:tcPr>
            <w:tcW w:w="1440" w:type="dxa"/>
            <w:shd w:val="clear" w:color="auto" w:fill="54823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18CA4A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Čas</w:t>
            </w:r>
          </w:p>
        </w:tc>
        <w:tc>
          <w:tcPr>
            <w:tcW w:w="3960" w:type="dxa"/>
            <w:shd w:val="clear" w:color="auto" w:fill="54823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1520A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Aktivita</w:t>
            </w:r>
          </w:p>
        </w:tc>
        <w:tc>
          <w:tcPr>
            <w:tcW w:w="2088" w:type="dxa"/>
            <w:shd w:val="clear" w:color="auto" w:fill="54823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932B44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Odpovědná osoba</w:t>
            </w:r>
          </w:p>
        </w:tc>
        <w:tc>
          <w:tcPr>
            <w:tcW w:w="2448" w:type="dxa"/>
            <w:shd w:val="clear" w:color="auto" w:fill="54823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EFC629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Účel nebo výstup</w:t>
            </w:r>
          </w:p>
        </w:tc>
      </w:tr>
      <w:tr w:rsidR="008B00D8" w:rsidRPr="00B312CB" w14:paraId="6F2C21B1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F34C3F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C0D0C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160523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CFD50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76C0DCFE" w14:textId="77777777">
        <w:trPr>
          <w:trHeight w:val="547"/>
          <w:jc w:val="center"/>
        </w:trPr>
        <w:tc>
          <w:tcPr>
            <w:tcW w:w="1440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156D54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0FE3E4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A67A6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B242FD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0383EBF3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EAEA7E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32C51B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C074C7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4CB33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5F90CEC5" w14:textId="77777777">
        <w:trPr>
          <w:trHeight w:val="547"/>
          <w:jc w:val="center"/>
        </w:trPr>
        <w:tc>
          <w:tcPr>
            <w:tcW w:w="1440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FF734F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F79A1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DEDF2F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24F9D3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2F516143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59417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318AA2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A05439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CBF3B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247E54EF" w14:textId="77777777">
        <w:trPr>
          <w:trHeight w:val="547"/>
          <w:jc w:val="center"/>
        </w:trPr>
        <w:tc>
          <w:tcPr>
            <w:tcW w:w="1440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0D2081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A4D48B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7AD6FA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shd w:val="clear" w:color="auto" w:fill="EEF4E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95FFA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</w:tbl>
    <w:p w14:paraId="1D8D1A6F" w14:textId="77777777" w:rsidR="008B00D8" w:rsidRPr="00B312CB" w:rsidRDefault="008B00D8">
      <w:pPr>
        <w:rPr>
          <w:lang w:val="cs-CZ"/>
        </w:rPr>
        <w:sectPr w:rsidR="008B00D8" w:rsidRPr="00B312CB">
          <w:pgSz w:w="12240" w:h="15840"/>
          <w:pgMar w:top="1037" w:right="1037" w:bottom="936" w:left="1037" w:header="403" w:footer="403" w:gutter="0"/>
          <w:cols w:space="720"/>
          <w:docGrid w:linePitch="360"/>
        </w:sectPr>
      </w:pPr>
    </w:p>
    <w:p w14:paraId="493BE459" w14:textId="77777777" w:rsidR="008B00D8" w:rsidRPr="00B312CB" w:rsidRDefault="00000000">
      <w:pPr>
        <w:pStyle w:val="Nadpis1"/>
        <w:rPr>
          <w:lang w:val="cs-CZ"/>
        </w:rPr>
      </w:pPr>
      <w:r w:rsidRPr="00B312CB">
        <w:rPr>
          <w:lang w:val="cs-CZ"/>
        </w:rPr>
        <w:lastRenderedPageBreak/>
        <w:t>Návrh optimalizovaného týdne</w:t>
      </w:r>
    </w:p>
    <w:p w14:paraId="19B403E0" w14:textId="77777777" w:rsidR="008B00D8" w:rsidRPr="00B312CB" w:rsidRDefault="00000000">
      <w:pPr>
        <w:pStyle w:val="Nadpis2"/>
        <w:rPr>
          <w:lang w:val="cs-CZ"/>
        </w:rPr>
      </w:pPr>
      <w:r w:rsidRPr="00B312CB">
        <w:rPr>
          <w:lang w:val="cs-CZ"/>
        </w:rPr>
        <w:t>Středa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3960"/>
        <w:gridCol w:w="2088"/>
        <w:gridCol w:w="2448"/>
      </w:tblGrid>
      <w:tr w:rsidR="008B00D8" w:rsidRPr="00B312CB" w14:paraId="3C631630" w14:textId="77777777">
        <w:trPr>
          <w:jc w:val="center"/>
        </w:trPr>
        <w:tc>
          <w:tcPr>
            <w:tcW w:w="1440" w:type="dxa"/>
            <w:shd w:val="clear" w:color="auto" w:fill="BF8F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055E2D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Čas</w:t>
            </w:r>
          </w:p>
        </w:tc>
        <w:tc>
          <w:tcPr>
            <w:tcW w:w="3960" w:type="dxa"/>
            <w:shd w:val="clear" w:color="auto" w:fill="BF8F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FAA7DC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Aktivita</w:t>
            </w:r>
          </w:p>
        </w:tc>
        <w:tc>
          <w:tcPr>
            <w:tcW w:w="2088" w:type="dxa"/>
            <w:shd w:val="clear" w:color="auto" w:fill="BF8F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066FA5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Odpovědná osoba</w:t>
            </w:r>
          </w:p>
        </w:tc>
        <w:tc>
          <w:tcPr>
            <w:tcW w:w="2448" w:type="dxa"/>
            <w:shd w:val="clear" w:color="auto" w:fill="BF8F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F60D25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Účel nebo výstup</w:t>
            </w:r>
          </w:p>
        </w:tc>
      </w:tr>
      <w:tr w:rsidR="008B00D8" w:rsidRPr="00B312CB" w14:paraId="6127A3C3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570FC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05CF3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EB3D1B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9423A1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201F81B6" w14:textId="77777777">
        <w:trPr>
          <w:trHeight w:val="547"/>
          <w:jc w:val="center"/>
        </w:trPr>
        <w:tc>
          <w:tcPr>
            <w:tcW w:w="1440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C26C9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CCED9D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C49D8B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DC9A7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74B21A75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BFD47E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47DA84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96AD47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266E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1EFB496C" w14:textId="77777777">
        <w:trPr>
          <w:trHeight w:val="547"/>
          <w:jc w:val="center"/>
        </w:trPr>
        <w:tc>
          <w:tcPr>
            <w:tcW w:w="1440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ADEE57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9D78C3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2EC619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72B79F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15F4F3F8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3C750D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632BC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92F94F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733640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4E9D9F0E" w14:textId="77777777">
        <w:trPr>
          <w:trHeight w:val="547"/>
          <w:jc w:val="center"/>
        </w:trPr>
        <w:tc>
          <w:tcPr>
            <w:tcW w:w="1440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4025D7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F8A483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CC15BA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shd w:val="clear" w:color="auto" w:fill="FFF5D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6A35C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3E9520F8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EBC9C9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A8D47F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ECF9FB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3EF6F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</w:tbl>
    <w:p w14:paraId="7A1EAF9E" w14:textId="77777777" w:rsidR="008B00D8" w:rsidRPr="00B312CB" w:rsidRDefault="00000000">
      <w:pPr>
        <w:pStyle w:val="Nadpis2"/>
        <w:rPr>
          <w:lang w:val="cs-CZ"/>
        </w:rPr>
      </w:pPr>
      <w:r w:rsidRPr="00B312CB">
        <w:rPr>
          <w:lang w:val="cs-CZ"/>
        </w:rPr>
        <w:t>Čtvrtek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3960"/>
        <w:gridCol w:w="2088"/>
        <w:gridCol w:w="2448"/>
      </w:tblGrid>
      <w:tr w:rsidR="008B00D8" w:rsidRPr="00B312CB" w14:paraId="25E002BF" w14:textId="77777777">
        <w:trPr>
          <w:jc w:val="center"/>
        </w:trPr>
        <w:tc>
          <w:tcPr>
            <w:tcW w:w="1440" w:type="dxa"/>
            <w:shd w:val="clear" w:color="auto" w:fill="7030A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444553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Čas</w:t>
            </w:r>
          </w:p>
        </w:tc>
        <w:tc>
          <w:tcPr>
            <w:tcW w:w="3960" w:type="dxa"/>
            <w:shd w:val="clear" w:color="auto" w:fill="7030A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243D79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Aktivita</w:t>
            </w:r>
          </w:p>
        </w:tc>
        <w:tc>
          <w:tcPr>
            <w:tcW w:w="2088" w:type="dxa"/>
            <w:shd w:val="clear" w:color="auto" w:fill="7030A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5706E5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Odpovědná osoba</w:t>
            </w:r>
          </w:p>
        </w:tc>
        <w:tc>
          <w:tcPr>
            <w:tcW w:w="2448" w:type="dxa"/>
            <w:shd w:val="clear" w:color="auto" w:fill="7030A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B08B63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Účel nebo výstup</w:t>
            </w:r>
          </w:p>
        </w:tc>
      </w:tr>
      <w:tr w:rsidR="008B00D8" w:rsidRPr="00B312CB" w14:paraId="6368E4BA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D6328E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5E2AE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A0DE6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80B9E9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346397B8" w14:textId="77777777">
        <w:trPr>
          <w:trHeight w:val="547"/>
          <w:jc w:val="center"/>
        </w:trPr>
        <w:tc>
          <w:tcPr>
            <w:tcW w:w="1440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1B9F8B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C4678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C432DB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DFD7B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10D96DE3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C03A91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93CCE1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27A57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04666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0E4C8B8C" w14:textId="77777777">
        <w:trPr>
          <w:trHeight w:val="547"/>
          <w:jc w:val="center"/>
        </w:trPr>
        <w:tc>
          <w:tcPr>
            <w:tcW w:w="1440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596999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34B4AE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041D20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DE3964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3CA5AE59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9221A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21A21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541C74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D46EA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04AAED82" w14:textId="77777777">
        <w:trPr>
          <w:trHeight w:val="547"/>
          <w:jc w:val="center"/>
        </w:trPr>
        <w:tc>
          <w:tcPr>
            <w:tcW w:w="1440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1E503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F83D8D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5E0F7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shd w:val="clear" w:color="auto" w:fill="F2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83CF0D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5EF630BC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664827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EAD549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05388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57236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</w:tbl>
    <w:p w14:paraId="25B881FA" w14:textId="77777777" w:rsidR="008B00D8" w:rsidRPr="00B312CB" w:rsidRDefault="008B00D8">
      <w:pPr>
        <w:rPr>
          <w:lang w:val="cs-CZ"/>
        </w:rPr>
        <w:sectPr w:rsidR="008B00D8" w:rsidRPr="00B312CB">
          <w:pgSz w:w="12240" w:h="15840"/>
          <w:pgMar w:top="1037" w:right="1037" w:bottom="936" w:left="1037" w:header="403" w:footer="403" w:gutter="0"/>
          <w:cols w:space="720"/>
          <w:docGrid w:linePitch="360"/>
        </w:sectPr>
      </w:pPr>
    </w:p>
    <w:p w14:paraId="325F19F4" w14:textId="77777777" w:rsidR="008B00D8" w:rsidRPr="00B312CB" w:rsidRDefault="00000000">
      <w:pPr>
        <w:pStyle w:val="Nadpis1"/>
        <w:rPr>
          <w:lang w:val="cs-CZ"/>
        </w:rPr>
      </w:pPr>
      <w:r w:rsidRPr="00B312CB">
        <w:rPr>
          <w:lang w:val="cs-CZ"/>
        </w:rPr>
        <w:lastRenderedPageBreak/>
        <w:t>Návrh optimalizovaného týdne</w:t>
      </w:r>
    </w:p>
    <w:p w14:paraId="05738015" w14:textId="77777777" w:rsidR="008B00D8" w:rsidRPr="00B312CB" w:rsidRDefault="00000000">
      <w:pPr>
        <w:pStyle w:val="Nadpis2"/>
        <w:rPr>
          <w:lang w:val="cs-CZ"/>
        </w:rPr>
      </w:pPr>
      <w:r w:rsidRPr="00B312CB">
        <w:rPr>
          <w:lang w:val="cs-CZ"/>
        </w:rPr>
        <w:t>Pátek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3960"/>
        <w:gridCol w:w="2088"/>
        <w:gridCol w:w="2448"/>
      </w:tblGrid>
      <w:tr w:rsidR="008B00D8" w:rsidRPr="00B312CB" w14:paraId="5EB36520" w14:textId="77777777">
        <w:trPr>
          <w:jc w:val="center"/>
        </w:trPr>
        <w:tc>
          <w:tcPr>
            <w:tcW w:w="1440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056252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Čas</w:t>
            </w:r>
          </w:p>
        </w:tc>
        <w:tc>
          <w:tcPr>
            <w:tcW w:w="3960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99C292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Aktivita</w:t>
            </w:r>
          </w:p>
        </w:tc>
        <w:tc>
          <w:tcPr>
            <w:tcW w:w="2088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CA52A1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Odpovědná osoba</w:t>
            </w:r>
          </w:p>
        </w:tc>
        <w:tc>
          <w:tcPr>
            <w:tcW w:w="2448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D09A11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17"/>
                <w:lang w:val="cs-CZ"/>
              </w:rPr>
              <w:t>Účel nebo výstup</w:t>
            </w:r>
          </w:p>
        </w:tc>
      </w:tr>
      <w:tr w:rsidR="008B00D8" w:rsidRPr="00B312CB" w14:paraId="12A71D57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3B6C7F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BDFEE2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E7E72A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9BFF8B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5B38088D" w14:textId="77777777">
        <w:trPr>
          <w:trHeight w:val="547"/>
          <w:jc w:val="center"/>
        </w:trPr>
        <w:tc>
          <w:tcPr>
            <w:tcW w:w="1440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1D3BAB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86D74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FD9590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5F75D4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5557DECB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ACEE74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449AD3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F483D0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71C9D0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28071ED0" w14:textId="77777777">
        <w:trPr>
          <w:trHeight w:val="547"/>
          <w:jc w:val="center"/>
        </w:trPr>
        <w:tc>
          <w:tcPr>
            <w:tcW w:w="1440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0AEE5C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670660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6C919A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1A9D0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1F0AFA83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35E269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3BAF9D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CCC8DE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42B44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7E4F0D37" w14:textId="77777777">
        <w:trPr>
          <w:trHeight w:val="547"/>
          <w:jc w:val="center"/>
        </w:trPr>
        <w:tc>
          <w:tcPr>
            <w:tcW w:w="1440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392A97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23A2C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28371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D6177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22F079BE" w14:textId="77777777">
        <w:trPr>
          <w:trHeight w:val="547"/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BAE0C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4E1E6A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F1A678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8C1AE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78BA1C79" w14:textId="77777777">
        <w:trPr>
          <w:trHeight w:val="547"/>
          <w:jc w:val="center"/>
        </w:trPr>
        <w:tc>
          <w:tcPr>
            <w:tcW w:w="1440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7B2A7D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3960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19EDA7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088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BEFD41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  <w:tc>
          <w:tcPr>
            <w:tcW w:w="2448" w:type="dxa"/>
            <w:shd w:val="clear" w:color="auto" w:fill="FBEA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067B6F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</w:tbl>
    <w:p w14:paraId="16E35548" w14:textId="77777777" w:rsidR="008B00D8" w:rsidRPr="00B312CB" w:rsidRDefault="00000000">
      <w:pPr>
        <w:pStyle w:val="Nadpis2"/>
        <w:rPr>
          <w:lang w:val="cs-CZ"/>
        </w:rPr>
      </w:pPr>
      <w:r w:rsidRPr="00B312CB">
        <w:rPr>
          <w:lang w:val="cs-CZ"/>
        </w:rPr>
        <w:t>Rezervy a pravidla dostupnosti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768"/>
      </w:tblGrid>
      <w:tr w:rsidR="008B00D8" w:rsidRPr="00B312CB" w14:paraId="6ECA8DA9" w14:textId="77777777">
        <w:trPr>
          <w:trHeight w:val="605"/>
          <w:jc w:val="center"/>
        </w:trPr>
        <w:tc>
          <w:tcPr>
            <w:tcW w:w="3168" w:type="dxa"/>
            <w:shd w:val="clear" w:color="auto" w:fill="EE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4B6048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Čas pro e-maily a chat</w:t>
            </w:r>
          </w:p>
        </w:tc>
        <w:tc>
          <w:tcPr>
            <w:tcW w:w="67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B97BAE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0B874900" w14:textId="77777777">
        <w:trPr>
          <w:trHeight w:val="605"/>
          <w:jc w:val="center"/>
        </w:trPr>
        <w:tc>
          <w:tcPr>
            <w:tcW w:w="3168" w:type="dxa"/>
            <w:shd w:val="clear" w:color="auto" w:fill="EE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A98939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Čas pro zaměstnance</w:t>
            </w:r>
          </w:p>
        </w:tc>
        <w:tc>
          <w:tcPr>
            <w:tcW w:w="67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024112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3EE40810" w14:textId="77777777">
        <w:trPr>
          <w:trHeight w:val="605"/>
          <w:jc w:val="center"/>
        </w:trPr>
        <w:tc>
          <w:tcPr>
            <w:tcW w:w="3168" w:type="dxa"/>
            <w:shd w:val="clear" w:color="auto" w:fill="EE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084955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Rezerva pro neočekávané situace</w:t>
            </w:r>
          </w:p>
        </w:tc>
        <w:tc>
          <w:tcPr>
            <w:tcW w:w="67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F234E5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4D3EA3E6" w14:textId="77777777">
        <w:trPr>
          <w:trHeight w:val="605"/>
          <w:jc w:val="center"/>
        </w:trPr>
        <w:tc>
          <w:tcPr>
            <w:tcW w:w="3168" w:type="dxa"/>
            <w:shd w:val="clear" w:color="auto" w:fill="EE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16239B" w14:textId="77777777" w:rsidR="008B00D8" w:rsidRPr="00B312CB" w:rsidRDefault="00000000">
            <w:pPr>
              <w:spacing w:after="0" w:line="252" w:lineRule="auto"/>
              <w:rPr>
                <w:lang w:val="cs-CZ"/>
              </w:rPr>
            </w:pPr>
            <w:r w:rsidRPr="00B312CB">
              <w:rPr>
                <w:b/>
                <w:color w:val="203864"/>
                <w:sz w:val="18"/>
                <w:lang w:val="cs-CZ"/>
              </w:rPr>
              <w:t>Pravidlo večerní dostupnosti</w:t>
            </w:r>
          </w:p>
        </w:tc>
        <w:tc>
          <w:tcPr>
            <w:tcW w:w="67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60CA52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</w:tbl>
    <w:p w14:paraId="77228EE9" w14:textId="77777777" w:rsidR="008B00D8" w:rsidRPr="00B312CB" w:rsidRDefault="008B00D8">
      <w:pPr>
        <w:rPr>
          <w:lang w:val="cs-CZ"/>
        </w:rPr>
        <w:sectPr w:rsidR="008B00D8" w:rsidRPr="00B312CB">
          <w:pgSz w:w="12240" w:h="15840"/>
          <w:pgMar w:top="1037" w:right="1037" w:bottom="936" w:left="1037" w:header="403" w:footer="403" w:gutter="0"/>
          <w:cols w:space="720"/>
          <w:docGrid w:linePitch="360"/>
        </w:sectPr>
      </w:pPr>
    </w:p>
    <w:p w14:paraId="03D1711E" w14:textId="77777777" w:rsidR="008B00D8" w:rsidRPr="00B312CB" w:rsidRDefault="00000000">
      <w:pPr>
        <w:pStyle w:val="Nadpis1"/>
        <w:rPr>
          <w:lang w:val="cs-CZ"/>
        </w:rPr>
      </w:pPr>
      <w:r w:rsidRPr="00B312CB">
        <w:rPr>
          <w:lang w:val="cs-CZ"/>
        </w:rPr>
        <w:lastRenderedPageBreak/>
        <w:t>Manažerská pravidla a závěrečná reflexe</w:t>
      </w:r>
    </w:p>
    <w:p w14:paraId="14ED31BD" w14:textId="77777777" w:rsidR="008B00D8" w:rsidRPr="00B312CB" w:rsidRDefault="00000000">
      <w:pPr>
        <w:rPr>
          <w:lang w:val="cs-CZ"/>
        </w:rPr>
      </w:pPr>
      <w:r w:rsidRPr="00B312CB">
        <w:rPr>
          <w:lang w:val="cs-CZ"/>
        </w:rPr>
        <w:t>Formulujte pět pravidel, která by měl Martin dlouhodobě dodržovat. Pravidla musí být konkrétní a pozorovatelná v jeho pracovním chování.</w:t>
      </w:r>
    </w:p>
    <w:tbl>
      <w:tblPr>
        <w:tblW w:w="9936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9216"/>
      </w:tblGrid>
      <w:tr w:rsidR="008B00D8" w:rsidRPr="00B312CB" w14:paraId="7C317391" w14:textId="77777777">
        <w:trPr>
          <w:trHeight w:val="720"/>
          <w:jc w:val="center"/>
        </w:trPr>
        <w:tc>
          <w:tcPr>
            <w:tcW w:w="720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99EF15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20"/>
                <w:lang w:val="cs-CZ"/>
              </w:rPr>
              <w:t>1</w:t>
            </w:r>
          </w:p>
        </w:tc>
        <w:tc>
          <w:tcPr>
            <w:tcW w:w="92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75E726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669E7C61" w14:textId="77777777">
        <w:trPr>
          <w:trHeight w:val="720"/>
          <w:jc w:val="center"/>
        </w:trPr>
        <w:tc>
          <w:tcPr>
            <w:tcW w:w="720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2B8EEB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20"/>
                <w:lang w:val="cs-CZ"/>
              </w:rPr>
              <w:t>2</w:t>
            </w:r>
          </w:p>
        </w:tc>
        <w:tc>
          <w:tcPr>
            <w:tcW w:w="92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168FFB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6D14BF65" w14:textId="77777777">
        <w:trPr>
          <w:trHeight w:val="720"/>
          <w:jc w:val="center"/>
        </w:trPr>
        <w:tc>
          <w:tcPr>
            <w:tcW w:w="720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167A2A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20"/>
                <w:lang w:val="cs-CZ"/>
              </w:rPr>
              <w:t>3</w:t>
            </w:r>
          </w:p>
        </w:tc>
        <w:tc>
          <w:tcPr>
            <w:tcW w:w="92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5990CD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0F6A28AD" w14:textId="77777777">
        <w:trPr>
          <w:trHeight w:val="720"/>
          <w:jc w:val="center"/>
        </w:trPr>
        <w:tc>
          <w:tcPr>
            <w:tcW w:w="720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FF6500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20"/>
                <w:lang w:val="cs-CZ"/>
              </w:rPr>
              <w:t>4</w:t>
            </w:r>
          </w:p>
        </w:tc>
        <w:tc>
          <w:tcPr>
            <w:tcW w:w="92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D28CA4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  <w:tr w:rsidR="008B00D8" w:rsidRPr="00B312CB" w14:paraId="12885A16" w14:textId="77777777">
        <w:trPr>
          <w:trHeight w:val="720"/>
          <w:jc w:val="center"/>
        </w:trPr>
        <w:tc>
          <w:tcPr>
            <w:tcW w:w="720" w:type="dxa"/>
            <w:shd w:val="clear" w:color="auto" w:fill="20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A7380E" w14:textId="77777777" w:rsidR="008B00D8" w:rsidRPr="00B312CB" w:rsidRDefault="00000000">
            <w:pPr>
              <w:spacing w:after="0" w:line="252" w:lineRule="auto"/>
              <w:jc w:val="center"/>
              <w:rPr>
                <w:lang w:val="cs-CZ"/>
              </w:rPr>
            </w:pPr>
            <w:r w:rsidRPr="00B312CB">
              <w:rPr>
                <w:b/>
                <w:color w:val="FFFFFF"/>
                <w:sz w:val="20"/>
                <w:lang w:val="cs-CZ"/>
              </w:rPr>
              <w:t>5</w:t>
            </w:r>
          </w:p>
        </w:tc>
        <w:tc>
          <w:tcPr>
            <w:tcW w:w="92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1E6EAB" w14:textId="77777777" w:rsidR="008B00D8" w:rsidRPr="00B312CB" w:rsidRDefault="008B00D8">
            <w:pPr>
              <w:spacing w:after="0" w:line="252" w:lineRule="auto"/>
              <w:rPr>
                <w:lang w:val="cs-CZ"/>
              </w:rPr>
            </w:pPr>
          </w:p>
        </w:tc>
      </w:tr>
    </w:tbl>
    <w:p w14:paraId="13F4A7CE" w14:textId="77777777" w:rsidR="008B00D8" w:rsidRPr="00B312CB" w:rsidRDefault="00000000">
      <w:pPr>
        <w:pStyle w:val="Nadpis2"/>
        <w:rPr>
          <w:lang w:val="cs-CZ"/>
        </w:rPr>
      </w:pPr>
      <w:r w:rsidRPr="00B312CB">
        <w:rPr>
          <w:lang w:val="cs-CZ"/>
        </w:rPr>
        <w:t>Kontrola návrhu</w:t>
      </w:r>
    </w:p>
    <w:p w14:paraId="2BD64AF3" w14:textId="77777777" w:rsidR="008B00D8" w:rsidRPr="00B312CB" w:rsidRDefault="00000000">
      <w:pPr>
        <w:spacing w:after="60"/>
        <w:ind w:left="144"/>
        <w:rPr>
          <w:lang w:val="cs-CZ"/>
        </w:rPr>
      </w:pPr>
      <w:r w:rsidRPr="00B312CB">
        <w:rPr>
          <w:sz w:val="24"/>
          <w:lang w:val="cs-CZ"/>
        </w:rPr>
        <w:t xml:space="preserve">☐ </w:t>
      </w:r>
      <w:r w:rsidRPr="00B312CB">
        <w:rPr>
          <w:lang w:val="cs-CZ"/>
        </w:rPr>
        <w:t>Všechny pevné termíny jsou splněny.</w:t>
      </w:r>
    </w:p>
    <w:p w14:paraId="57062032" w14:textId="77777777" w:rsidR="008B00D8" w:rsidRPr="00B312CB" w:rsidRDefault="00000000">
      <w:pPr>
        <w:spacing w:after="60"/>
        <w:ind w:left="144"/>
        <w:rPr>
          <w:lang w:val="cs-CZ"/>
        </w:rPr>
      </w:pPr>
      <w:r w:rsidRPr="00B312CB">
        <w:rPr>
          <w:sz w:val="24"/>
          <w:lang w:val="cs-CZ"/>
        </w:rPr>
        <w:t xml:space="preserve">☐ </w:t>
      </w:r>
      <w:r w:rsidRPr="00B312CB">
        <w:rPr>
          <w:lang w:val="cs-CZ"/>
        </w:rPr>
        <w:t>Manažer má souvislý čas na náročnou práci.</w:t>
      </w:r>
    </w:p>
    <w:p w14:paraId="210E08CA" w14:textId="77777777" w:rsidR="008B00D8" w:rsidRPr="00B312CB" w:rsidRDefault="00000000">
      <w:pPr>
        <w:spacing w:after="60"/>
        <w:ind w:left="144"/>
        <w:rPr>
          <w:lang w:val="cs-CZ"/>
        </w:rPr>
      </w:pPr>
      <w:r w:rsidRPr="00B312CB">
        <w:rPr>
          <w:sz w:val="24"/>
          <w:lang w:val="cs-CZ"/>
        </w:rPr>
        <w:t xml:space="preserve">☐ </w:t>
      </w:r>
      <w:r w:rsidRPr="00B312CB">
        <w:rPr>
          <w:lang w:val="cs-CZ"/>
        </w:rPr>
        <w:t>Kalendář obsahuje přestávky a časové rezervy.</w:t>
      </w:r>
    </w:p>
    <w:p w14:paraId="3273F311" w14:textId="77777777" w:rsidR="008B00D8" w:rsidRPr="00B312CB" w:rsidRDefault="00000000">
      <w:pPr>
        <w:spacing w:after="60"/>
        <w:ind w:left="144"/>
        <w:rPr>
          <w:lang w:val="cs-CZ"/>
        </w:rPr>
      </w:pPr>
      <w:r w:rsidRPr="00B312CB">
        <w:rPr>
          <w:sz w:val="24"/>
          <w:lang w:val="cs-CZ"/>
        </w:rPr>
        <w:t xml:space="preserve">☐ </w:t>
      </w:r>
      <w:r w:rsidRPr="00B312CB">
        <w:rPr>
          <w:lang w:val="cs-CZ"/>
        </w:rPr>
        <w:t>Delegování zahrnuje také pravomoc rozhodnout.</w:t>
      </w:r>
    </w:p>
    <w:p w14:paraId="2540AA2B" w14:textId="77777777" w:rsidR="008B00D8" w:rsidRPr="00B312CB" w:rsidRDefault="00000000">
      <w:pPr>
        <w:spacing w:after="60"/>
        <w:ind w:left="144"/>
        <w:rPr>
          <w:lang w:val="cs-CZ"/>
        </w:rPr>
      </w:pPr>
      <w:r w:rsidRPr="00B312CB">
        <w:rPr>
          <w:sz w:val="24"/>
          <w:lang w:val="cs-CZ"/>
        </w:rPr>
        <w:t xml:space="preserve">☐ </w:t>
      </w:r>
      <w:r w:rsidRPr="00B312CB">
        <w:rPr>
          <w:lang w:val="cs-CZ"/>
        </w:rPr>
        <w:t>E-maily a pracovní chat mají vyhrazené časy.</w:t>
      </w:r>
    </w:p>
    <w:p w14:paraId="3CCD090A" w14:textId="77777777" w:rsidR="008B00D8" w:rsidRPr="00B312CB" w:rsidRDefault="00000000">
      <w:pPr>
        <w:spacing w:after="60"/>
        <w:ind w:left="144"/>
        <w:rPr>
          <w:lang w:val="cs-CZ"/>
        </w:rPr>
      </w:pPr>
      <w:r w:rsidRPr="00B312CB">
        <w:rPr>
          <w:sz w:val="24"/>
          <w:lang w:val="cs-CZ"/>
        </w:rPr>
        <w:t xml:space="preserve">☐ </w:t>
      </w:r>
      <w:r w:rsidRPr="00B312CB">
        <w:rPr>
          <w:lang w:val="cs-CZ"/>
        </w:rPr>
        <w:t>Večerní a víkendová práce není běžnou součástí plánu.</w:t>
      </w:r>
    </w:p>
    <w:p w14:paraId="39C7A77F" w14:textId="77777777" w:rsidR="00B9702E" w:rsidRPr="00B312CB" w:rsidRDefault="00B9702E">
      <w:pPr>
        <w:pStyle w:val="Nadpis2"/>
        <w:rPr>
          <w:lang w:val="cs-CZ"/>
        </w:rPr>
      </w:pPr>
    </w:p>
    <w:p w14:paraId="165E32F2" w14:textId="256BF5F6" w:rsidR="008B00D8" w:rsidRPr="00B312CB" w:rsidRDefault="00000000">
      <w:pPr>
        <w:pStyle w:val="Nadpis2"/>
        <w:rPr>
          <w:lang w:val="cs-CZ"/>
        </w:rPr>
      </w:pPr>
      <w:r w:rsidRPr="00B312CB">
        <w:rPr>
          <w:lang w:val="cs-CZ"/>
        </w:rPr>
        <w:t>Krátká reflexe</w:t>
      </w:r>
    </w:p>
    <w:p w14:paraId="5F4EEFA8" w14:textId="77777777" w:rsidR="008B00D8" w:rsidRPr="00B312CB" w:rsidRDefault="00000000">
      <w:pPr>
        <w:spacing w:after="40"/>
        <w:rPr>
          <w:b/>
          <w:lang w:val="cs-CZ"/>
        </w:rPr>
      </w:pPr>
      <w:r w:rsidRPr="00B312CB">
        <w:rPr>
          <w:b/>
          <w:lang w:val="cs-CZ"/>
        </w:rPr>
        <w:t>Jaké riziko může vzniknout při příliš rozsáhlém delegování?</w:t>
      </w:r>
    </w:p>
    <w:p w14:paraId="063D39FA" w14:textId="77777777" w:rsidR="00B312CB" w:rsidRPr="00B312CB" w:rsidRDefault="00B312CB">
      <w:pPr>
        <w:spacing w:after="40"/>
        <w:rPr>
          <w:lang w:val="cs-CZ"/>
        </w:rPr>
      </w:pPr>
    </w:p>
    <w:p w14:paraId="724CD79F" w14:textId="77777777" w:rsidR="008B00D8" w:rsidRPr="00B312CB" w:rsidRDefault="00000000">
      <w:pPr>
        <w:spacing w:after="20"/>
        <w:rPr>
          <w:lang w:val="cs-CZ"/>
        </w:rPr>
      </w:pPr>
      <w:r w:rsidRPr="00B312CB">
        <w:rPr>
          <w:color w:val="B7B7B7"/>
          <w:sz w:val="18"/>
          <w:lang w:val="cs-CZ"/>
        </w:rPr>
        <w:t>________________________________________________________________________________</w:t>
      </w:r>
    </w:p>
    <w:p w14:paraId="08F8D591" w14:textId="77777777" w:rsidR="008B00D8" w:rsidRPr="00B312CB" w:rsidRDefault="00000000">
      <w:pPr>
        <w:spacing w:after="40"/>
        <w:rPr>
          <w:b/>
          <w:lang w:val="cs-CZ"/>
        </w:rPr>
      </w:pPr>
      <w:r w:rsidRPr="00B312CB">
        <w:rPr>
          <w:b/>
          <w:lang w:val="cs-CZ"/>
        </w:rPr>
        <w:t>Kterou jednu změnu by měl Martin zavést jako první?</w:t>
      </w:r>
    </w:p>
    <w:p w14:paraId="4B9A57D4" w14:textId="77777777" w:rsidR="00B312CB" w:rsidRPr="00B312CB" w:rsidRDefault="00B312CB">
      <w:pPr>
        <w:spacing w:after="40"/>
        <w:rPr>
          <w:lang w:val="cs-CZ"/>
        </w:rPr>
      </w:pPr>
    </w:p>
    <w:p w14:paraId="4D25D73E" w14:textId="77777777" w:rsidR="008B00D8" w:rsidRPr="00B312CB" w:rsidRDefault="00000000">
      <w:pPr>
        <w:spacing w:after="20"/>
        <w:rPr>
          <w:lang w:val="cs-CZ"/>
        </w:rPr>
      </w:pPr>
      <w:r w:rsidRPr="00B312CB">
        <w:rPr>
          <w:color w:val="B7B7B7"/>
          <w:sz w:val="18"/>
          <w:lang w:val="cs-CZ"/>
        </w:rPr>
        <w:t>________________________________________________________________________________</w:t>
      </w:r>
    </w:p>
    <w:sectPr w:rsidR="008B00D8" w:rsidRPr="00B312CB" w:rsidSect="00034616">
      <w:pgSz w:w="12240" w:h="15840"/>
      <w:pgMar w:top="1037" w:right="1037" w:bottom="936" w:left="1037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A5F9C" w14:textId="77777777" w:rsidR="00B51AFA" w:rsidRDefault="00B51AFA">
      <w:pPr>
        <w:spacing w:after="0" w:line="240" w:lineRule="auto"/>
      </w:pPr>
      <w:r>
        <w:separator/>
      </w:r>
    </w:p>
  </w:endnote>
  <w:endnote w:type="continuationSeparator" w:id="0">
    <w:p w14:paraId="41EF6AF3" w14:textId="77777777" w:rsidR="00B51AFA" w:rsidRDefault="00B51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6DF62" w14:textId="4910DF66" w:rsidR="008B00D8" w:rsidRDefault="00000000">
    <w:pPr>
      <w:pStyle w:val="Zpat"/>
      <w:jc w:val="right"/>
    </w:pPr>
    <w:r>
      <w:rPr>
        <w:color w:val="646464"/>
        <w:sz w:val="18"/>
      </w:rPr>
      <w:fldChar w:fldCharType="begin"/>
    </w:r>
    <w:r>
      <w:rPr>
        <w:color w:val="646464"/>
        <w:sz w:val="18"/>
      </w:rPr>
      <w:instrText xml:space="preserve"> PAGE </w:instrText>
    </w:r>
    <w:r w:rsidR="000E03EA">
      <w:rPr>
        <w:color w:val="646464"/>
        <w:sz w:val="18"/>
      </w:rPr>
      <w:fldChar w:fldCharType="separate"/>
    </w:r>
    <w:r w:rsidR="000E03EA">
      <w:rPr>
        <w:noProof/>
        <w:color w:val="646464"/>
        <w:sz w:val="18"/>
      </w:rPr>
      <w:t>1</w:t>
    </w:r>
    <w:r>
      <w:rPr>
        <w:color w:val="646464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6B0CE" w14:textId="77777777" w:rsidR="00B51AFA" w:rsidRDefault="00B51AFA">
      <w:pPr>
        <w:spacing w:after="0" w:line="240" w:lineRule="auto"/>
      </w:pPr>
      <w:r>
        <w:separator/>
      </w:r>
    </w:p>
  </w:footnote>
  <w:footnote w:type="continuationSeparator" w:id="0">
    <w:p w14:paraId="6D5824C8" w14:textId="77777777" w:rsidR="00B51AFA" w:rsidRDefault="00B51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7166367">
    <w:abstractNumId w:val="8"/>
  </w:num>
  <w:num w:numId="2" w16cid:durableId="84501161">
    <w:abstractNumId w:val="6"/>
  </w:num>
  <w:num w:numId="3" w16cid:durableId="523985705">
    <w:abstractNumId w:val="5"/>
  </w:num>
  <w:num w:numId="4" w16cid:durableId="938879108">
    <w:abstractNumId w:val="4"/>
  </w:num>
  <w:num w:numId="5" w16cid:durableId="1281718997">
    <w:abstractNumId w:val="7"/>
  </w:num>
  <w:num w:numId="6" w16cid:durableId="224727043">
    <w:abstractNumId w:val="3"/>
  </w:num>
  <w:num w:numId="7" w16cid:durableId="1570189170">
    <w:abstractNumId w:val="2"/>
  </w:num>
  <w:num w:numId="8" w16cid:durableId="1326587060">
    <w:abstractNumId w:val="1"/>
  </w:num>
  <w:num w:numId="9" w16cid:durableId="467934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03EA"/>
    <w:rsid w:val="0015074B"/>
    <w:rsid w:val="00150996"/>
    <w:rsid w:val="0029639D"/>
    <w:rsid w:val="00326F90"/>
    <w:rsid w:val="003E7DBA"/>
    <w:rsid w:val="00821061"/>
    <w:rsid w:val="008B00D8"/>
    <w:rsid w:val="00AA1D8D"/>
    <w:rsid w:val="00B312CB"/>
    <w:rsid w:val="00B47730"/>
    <w:rsid w:val="00B51AFA"/>
    <w:rsid w:val="00B9702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2F9FC7B-F24D-0A43-83E8-6205325F7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 w:line="259" w:lineRule="auto"/>
    </w:pPr>
    <w:rPr>
      <w:rFonts w:ascii="Aptos" w:hAnsi="Aptos"/>
      <w:color w:val="303030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 w:after="140"/>
      <w:outlineLvl w:val="0"/>
    </w:pPr>
    <w:rPr>
      <w:rFonts w:asciiTheme="majorHAnsi" w:eastAsiaTheme="majorEastAsia" w:hAnsiTheme="majorHAnsi" w:cstheme="majorBidi"/>
      <w:b/>
      <w:bCs/>
      <w:color w:val="000000"/>
      <w:sz w:val="3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4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/>
      <w:b/>
      <w:bCs/>
      <w:color w:val="000000"/>
      <w:sz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8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1475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Kalendář přetíženého manažera</dc:title>
  <dc:subject>Pracovní list pro studenty manažerské psychologie</dc:subject>
  <dc:creator/>
  <cp:keywords>manažerská psychologie, self management, delegování, time management</cp:keywords>
  <dc:description>generated by python-docx</dc:description>
  <cp:lastModifiedBy>Svobodová Kamila</cp:lastModifiedBy>
  <cp:revision>6</cp:revision>
  <dcterms:created xsi:type="dcterms:W3CDTF">2013-12-23T23:15:00Z</dcterms:created>
  <dcterms:modified xsi:type="dcterms:W3CDTF">2026-09-28T15:31:00Z</dcterms:modified>
  <cp:category/>
</cp:coreProperties>
</file>