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F6FD3" w14:textId="77777777" w:rsidR="00AE7891" w:rsidRPr="005D3138" w:rsidRDefault="00000000" w:rsidP="005D3138">
      <w:pPr>
        <w:pStyle w:val="Nzev"/>
        <w:pBdr>
          <w:bottom w:val="none" w:sz="0" w:space="0" w:color="auto"/>
        </w:pBdr>
        <w:jc w:val="center"/>
        <w:rPr>
          <w:rFonts w:ascii="Calibri" w:hAnsi="Calibri" w:cs="Calibri"/>
          <w:color w:val="auto"/>
        </w:rPr>
      </w:pPr>
      <w:r w:rsidRPr="005D3138">
        <w:rPr>
          <w:rFonts w:ascii="Calibri" w:hAnsi="Calibri" w:cs="Calibri"/>
          <w:color w:val="auto"/>
        </w:rPr>
        <w:t>PRACOVNÍ LIST – CV + LINKEDIN PROFIL</w:t>
      </w:r>
    </w:p>
    <w:p w14:paraId="248E8282" w14:textId="46672635" w:rsidR="006536D2" w:rsidRPr="006536D2" w:rsidRDefault="006536D2" w:rsidP="006536D2">
      <w:pPr>
        <w:pStyle w:val="Nadpis1"/>
        <w:rPr>
          <w:rFonts w:ascii="Calibri" w:hAnsi="Calibri" w:cs="Calibri"/>
          <w:color w:val="auto"/>
        </w:rPr>
      </w:pPr>
      <w:r w:rsidRPr="006536D2">
        <w:rPr>
          <w:rFonts w:ascii="Calibri" w:hAnsi="Calibri" w:cs="Calibri"/>
          <w:color w:val="auto"/>
        </w:rPr>
        <w:t xml:space="preserve">0. </w:t>
      </w:r>
      <w:proofErr w:type="spellStart"/>
      <w:r w:rsidRPr="006536D2">
        <w:rPr>
          <w:rFonts w:ascii="Calibri" w:hAnsi="Calibri" w:cs="Calibri"/>
          <w:color w:val="auto"/>
        </w:rPr>
        <w:t>Vyberte</w:t>
      </w:r>
      <w:proofErr w:type="spellEnd"/>
      <w:r w:rsidRPr="006536D2">
        <w:rPr>
          <w:rFonts w:ascii="Calibri" w:hAnsi="Calibri" w:cs="Calibri"/>
          <w:color w:val="auto"/>
        </w:rPr>
        <w:t xml:space="preserve"> </w:t>
      </w:r>
      <w:proofErr w:type="spellStart"/>
      <w:r w:rsidRPr="006536D2">
        <w:rPr>
          <w:rFonts w:ascii="Calibri" w:hAnsi="Calibri" w:cs="Calibri"/>
          <w:color w:val="auto"/>
        </w:rPr>
        <w:t>si</w:t>
      </w:r>
      <w:proofErr w:type="spellEnd"/>
      <w:r w:rsidRPr="006536D2">
        <w:rPr>
          <w:rFonts w:ascii="Calibri" w:hAnsi="Calibri" w:cs="Calibri"/>
          <w:color w:val="auto"/>
        </w:rPr>
        <w:t xml:space="preserve"> cílovou pozici</w:t>
      </w:r>
    </w:p>
    <w:p w14:paraId="2095EA63" w14:textId="4F4EFEB7" w:rsidR="006536D2" w:rsidRPr="006536D2" w:rsidRDefault="006536D2" w:rsidP="006536D2">
      <w:pPr>
        <w:rPr>
          <w:rFonts w:ascii="Calibri" w:hAnsi="Calibri" w:cs="Calibri"/>
        </w:rPr>
      </w:pPr>
      <w:proofErr w:type="spellStart"/>
      <w:r w:rsidRPr="006536D2">
        <w:rPr>
          <w:rFonts w:ascii="Calibri" w:hAnsi="Calibri" w:cs="Calibri"/>
        </w:rPr>
        <w:t>Název</w:t>
      </w:r>
      <w:proofErr w:type="spellEnd"/>
      <w:r w:rsidRPr="006536D2">
        <w:rPr>
          <w:rFonts w:ascii="Calibri" w:hAnsi="Calibri" w:cs="Calibri"/>
        </w:rPr>
        <w:t xml:space="preserve"> </w:t>
      </w:r>
      <w:proofErr w:type="spellStart"/>
      <w:r w:rsidRPr="006536D2">
        <w:rPr>
          <w:rFonts w:ascii="Calibri" w:hAnsi="Calibri" w:cs="Calibri"/>
        </w:rPr>
        <w:t>pozice</w:t>
      </w:r>
      <w:proofErr w:type="spellEnd"/>
      <w:r w:rsidRPr="006536D2">
        <w:rPr>
          <w:rFonts w:ascii="Calibri" w:hAnsi="Calibri" w:cs="Calibri"/>
        </w:rPr>
        <w:t>:</w:t>
      </w:r>
      <w:r w:rsidRPr="006536D2">
        <w:rPr>
          <w:rFonts w:ascii="Calibri" w:hAnsi="Calibri" w:cs="Calibri"/>
        </w:rPr>
        <w:br/>
        <w:t>....................................................</w:t>
      </w:r>
    </w:p>
    <w:p w14:paraId="324D8D04" w14:textId="77777777" w:rsidR="006536D2" w:rsidRPr="006536D2" w:rsidRDefault="006536D2" w:rsidP="006536D2">
      <w:pPr>
        <w:rPr>
          <w:rFonts w:ascii="Calibri" w:hAnsi="Calibri" w:cs="Calibri"/>
        </w:rPr>
      </w:pPr>
      <w:r w:rsidRPr="006536D2">
        <w:rPr>
          <w:rFonts w:ascii="Calibri" w:hAnsi="Calibri" w:cs="Calibri"/>
        </w:rPr>
        <w:t>Firma / organizace:</w:t>
      </w:r>
      <w:r w:rsidRPr="006536D2">
        <w:rPr>
          <w:rFonts w:ascii="Calibri" w:hAnsi="Calibri" w:cs="Calibri"/>
        </w:rPr>
        <w:br/>
        <w:t>....................................................</w:t>
      </w:r>
    </w:p>
    <w:p w14:paraId="64279D01" w14:textId="6F14B9EA" w:rsidR="006536D2" w:rsidRPr="006536D2" w:rsidRDefault="006536D2" w:rsidP="003E1C90">
      <w:pPr>
        <w:rPr>
          <w:rFonts w:ascii="Calibri" w:hAnsi="Calibri" w:cs="Calibri"/>
        </w:rPr>
      </w:pPr>
      <w:r>
        <w:rPr>
          <w:rFonts w:ascii="Calibri" w:hAnsi="Calibri" w:cs="Calibri"/>
        </w:rPr>
        <w:t>Koho</w:t>
      </w:r>
      <w:r w:rsidRPr="006536D2">
        <w:rPr>
          <w:rFonts w:ascii="Calibri" w:hAnsi="Calibri" w:cs="Calibri"/>
        </w:rPr>
        <w:t xml:space="preserve"> </w:t>
      </w:r>
      <w:proofErr w:type="spellStart"/>
      <w:r w:rsidRPr="006536D2">
        <w:rPr>
          <w:rFonts w:ascii="Calibri" w:hAnsi="Calibri" w:cs="Calibri"/>
        </w:rPr>
        <w:t>podle</w:t>
      </w:r>
      <w:proofErr w:type="spellEnd"/>
      <w:r w:rsidRPr="006536D2">
        <w:rPr>
          <w:rFonts w:ascii="Calibri" w:hAnsi="Calibri" w:cs="Calibri"/>
        </w:rPr>
        <w:t xml:space="preserve"> </w:t>
      </w:r>
      <w:proofErr w:type="spellStart"/>
      <w:r w:rsidRPr="006536D2">
        <w:rPr>
          <w:rFonts w:ascii="Calibri" w:hAnsi="Calibri" w:cs="Calibri"/>
        </w:rPr>
        <w:t>inzerátu</w:t>
      </w:r>
      <w:proofErr w:type="spellEnd"/>
      <w:r w:rsidRPr="006536D2">
        <w:rPr>
          <w:rFonts w:ascii="Calibri" w:hAnsi="Calibri" w:cs="Calibri"/>
        </w:rPr>
        <w:t xml:space="preserve"> </w:t>
      </w:r>
      <w:proofErr w:type="spellStart"/>
      <w:r w:rsidRPr="006536D2">
        <w:rPr>
          <w:rFonts w:ascii="Calibri" w:hAnsi="Calibri" w:cs="Calibri"/>
        </w:rPr>
        <w:t>hledají</w:t>
      </w:r>
      <w:proofErr w:type="spellEnd"/>
      <w:r w:rsidRPr="006536D2">
        <w:rPr>
          <w:rFonts w:ascii="Calibri" w:hAnsi="Calibri" w:cs="Calibri"/>
        </w:rPr>
        <w:t>? Napište 3–5 hlavních požadavků:</w:t>
      </w:r>
    </w:p>
    <w:p w14:paraId="5EBF254D" w14:textId="1100612E" w:rsidR="006536D2" w:rsidRPr="006536D2" w:rsidRDefault="006536D2" w:rsidP="006536D2">
      <w:pPr>
        <w:rPr>
          <w:rFonts w:ascii="Calibri" w:hAnsi="Calibri" w:cs="Calibri"/>
        </w:rPr>
      </w:pPr>
      <w:r w:rsidRPr="006536D2">
        <w:rPr>
          <w:rFonts w:ascii="Calibri" w:hAnsi="Calibri" w:cs="Calibri"/>
        </w:rPr>
        <w:t>....................................................</w:t>
      </w:r>
      <w:r>
        <w:rPr>
          <w:rFonts w:ascii="Calibri" w:hAnsi="Calibri" w:cs="Calibri"/>
        </w:rPr>
        <w:t>.........................................................................................</w:t>
      </w:r>
      <w:r w:rsidRPr="006536D2">
        <w:rPr>
          <w:rFonts w:ascii="Calibri" w:hAnsi="Calibri" w:cs="Calibri"/>
        </w:rPr>
        <w:t xml:space="preserve"> </w:t>
      </w:r>
    </w:p>
    <w:p w14:paraId="6606D110" w14:textId="2483B46F" w:rsidR="006536D2" w:rsidRPr="006536D2" w:rsidRDefault="006536D2" w:rsidP="006536D2">
      <w:pPr>
        <w:rPr>
          <w:rFonts w:ascii="Calibri" w:hAnsi="Calibri" w:cs="Calibri"/>
        </w:rPr>
      </w:pPr>
      <w:r w:rsidRPr="006536D2">
        <w:rPr>
          <w:rFonts w:ascii="Calibri" w:hAnsi="Calibri" w:cs="Calibri"/>
        </w:rPr>
        <w:t>....................................................</w:t>
      </w:r>
      <w:r w:rsidRPr="006536D2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.........................................................................................</w:t>
      </w:r>
      <w:r w:rsidRPr="006536D2">
        <w:rPr>
          <w:rFonts w:ascii="Calibri" w:hAnsi="Calibri" w:cs="Calibri"/>
        </w:rPr>
        <w:t xml:space="preserve">  </w:t>
      </w:r>
    </w:p>
    <w:p w14:paraId="2E8F47B4" w14:textId="6BADD2F9" w:rsidR="006536D2" w:rsidRPr="006536D2" w:rsidRDefault="006536D2" w:rsidP="006536D2">
      <w:pPr>
        <w:rPr>
          <w:rFonts w:ascii="Calibri" w:hAnsi="Calibri" w:cs="Calibri"/>
        </w:rPr>
      </w:pPr>
      <w:r w:rsidRPr="006536D2">
        <w:rPr>
          <w:rFonts w:ascii="Calibri" w:hAnsi="Calibri" w:cs="Calibri"/>
        </w:rPr>
        <w:t xml:space="preserve">.................................................... </w:t>
      </w:r>
      <w:r>
        <w:rPr>
          <w:rFonts w:ascii="Calibri" w:hAnsi="Calibri" w:cs="Calibri"/>
        </w:rPr>
        <w:t>.........................................................................................</w:t>
      </w:r>
    </w:p>
    <w:p w14:paraId="49BE85A7" w14:textId="068393B2" w:rsidR="006536D2" w:rsidRPr="006536D2" w:rsidRDefault="006536D2" w:rsidP="006536D2">
      <w:pPr>
        <w:rPr>
          <w:rFonts w:ascii="Calibri" w:hAnsi="Calibri" w:cs="Calibri"/>
        </w:rPr>
      </w:pPr>
      <w:r w:rsidRPr="006536D2">
        <w:rPr>
          <w:rFonts w:ascii="Calibri" w:hAnsi="Calibri" w:cs="Calibri"/>
        </w:rPr>
        <w:t xml:space="preserve">.................................................... </w:t>
      </w:r>
      <w:r>
        <w:rPr>
          <w:rFonts w:ascii="Calibri" w:hAnsi="Calibri" w:cs="Calibri"/>
        </w:rPr>
        <w:t>.........................................................................................</w:t>
      </w:r>
    </w:p>
    <w:p w14:paraId="2D1A3987" w14:textId="3DE0087A" w:rsidR="006536D2" w:rsidRPr="006536D2" w:rsidRDefault="006536D2" w:rsidP="006536D2">
      <w:pPr>
        <w:rPr>
          <w:rFonts w:ascii="Calibri" w:hAnsi="Calibri" w:cs="Calibri"/>
        </w:rPr>
      </w:pPr>
      <w:r w:rsidRPr="006536D2">
        <w:rPr>
          <w:rFonts w:ascii="Calibri" w:hAnsi="Calibri" w:cs="Calibri"/>
        </w:rPr>
        <w:t>....................................................</w:t>
      </w:r>
      <w:r w:rsidRPr="006536D2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.........................................................................................</w:t>
      </w:r>
    </w:p>
    <w:p w14:paraId="3603DA8E" w14:textId="41E75BF0" w:rsidR="00AE7891" w:rsidRPr="005D3138" w:rsidRDefault="00000000">
      <w:pPr>
        <w:pStyle w:val="Nadpis1"/>
        <w:rPr>
          <w:rFonts w:ascii="Calibri" w:hAnsi="Calibri" w:cs="Calibri"/>
          <w:color w:val="auto"/>
        </w:rPr>
      </w:pPr>
      <w:r w:rsidRPr="005D3138">
        <w:rPr>
          <w:rFonts w:ascii="Calibri" w:hAnsi="Calibri" w:cs="Calibri"/>
          <w:color w:val="auto"/>
        </w:rPr>
        <w:t>1. CV není seznam všeho, co jsem kdy dělal/a</w:t>
      </w:r>
    </w:p>
    <w:p w14:paraId="4CE44FAE" w14:textId="77777777" w:rsidR="00AE7891" w:rsidRPr="005D3138" w:rsidRDefault="00000000">
      <w:pPr>
        <w:rPr>
          <w:rFonts w:ascii="Calibri" w:hAnsi="Calibri" w:cs="Calibri"/>
        </w:rPr>
      </w:pPr>
      <w:r w:rsidRPr="005D3138">
        <w:rPr>
          <w:rFonts w:ascii="Calibri" w:hAnsi="Calibri" w:cs="Calibri"/>
          <w:b/>
        </w:rPr>
        <w:t xml:space="preserve">Dobré CV odpovídá na otázku: </w:t>
      </w:r>
      <w:r w:rsidRPr="005D3138">
        <w:rPr>
          <w:rFonts w:ascii="Calibri" w:hAnsi="Calibri" w:cs="Calibri"/>
        </w:rPr>
        <w:t>„Proč se hodím právě na tuto pozici?“</w:t>
      </w:r>
    </w:p>
    <w:p w14:paraId="6DD194BC" w14:textId="77777777" w:rsidR="00AE7891" w:rsidRDefault="00000000">
      <w:pPr>
        <w:rPr>
          <w:rFonts w:ascii="Calibri" w:hAnsi="Calibri" w:cs="Calibri"/>
        </w:rPr>
      </w:pPr>
      <w:r w:rsidRPr="005D3138">
        <w:rPr>
          <w:rFonts w:ascii="Calibri" w:hAnsi="Calibri" w:cs="Calibri"/>
        </w:rPr>
        <w:t xml:space="preserve">Zaměstnavatel by měl během několika sekund najít to nejdůležitější. Proto vybírejte relevantní informace, používejte konkrétní </w:t>
      </w:r>
      <w:proofErr w:type="spellStart"/>
      <w:r w:rsidRPr="005D3138">
        <w:rPr>
          <w:rFonts w:ascii="Calibri" w:hAnsi="Calibri" w:cs="Calibri"/>
        </w:rPr>
        <w:t>formulace</w:t>
      </w:r>
      <w:proofErr w:type="spellEnd"/>
      <w:r w:rsidRPr="005D3138">
        <w:rPr>
          <w:rFonts w:ascii="Calibri" w:hAnsi="Calibri" w:cs="Calibri"/>
        </w:rPr>
        <w:t xml:space="preserve"> a </w:t>
      </w:r>
      <w:proofErr w:type="spellStart"/>
      <w:r w:rsidRPr="005D3138">
        <w:rPr>
          <w:rFonts w:ascii="Calibri" w:hAnsi="Calibri" w:cs="Calibri"/>
        </w:rPr>
        <w:t>přehlednou</w:t>
      </w:r>
      <w:proofErr w:type="spellEnd"/>
      <w:r w:rsidRPr="005D3138">
        <w:rPr>
          <w:rFonts w:ascii="Calibri" w:hAnsi="Calibri" w:cs="Calibri"/>
        </w:rPr>
        <w:t xml:space="preserve"> </w:t>
      </w:r>
      <w:proofErr w:type="spellStart"/>
      <w:r w:rsidRPr="005D3138">
        <w:rPr>
          <w:rFonts w:ascii="Calibri" w:hAnsi="Calibri" w:cs="Calibri"/>
        </w:rPr>
        <w:t>strukturu</w:t>
      </w:r>
      <w:proofErr w:type="spellEnd"/>
      <w:r w:rsidRPr="005D3138">
        <w:rPr>
          <w:rFonts w:ascii="Calibri" w:hAnsi="Calibri" w:cs="Calibri"/>
        </w:rPr>
        <w:t>.</w:t>
      </w:r>
    </w:p>
    <w:p w14:paraId="6AC7F086" w14:textId="77777777" w:rsidR="0096640D" w:rsidRPr="005D3138" w:rsidRDefault="0096640D">
      <w:pPr>
        <w:rPr>
          <w:rFonts w:ascii="Calibri" w:hAnsi="Calibri" w:cs="Calibri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476"/>
        <w:gridCol w:w="5940"/>
      </w:tblGrid>
      <w:tr w:rsidR="005D3138" w:rsidRPr="005D3138" w14:paraId="5506151B" w14:textId="77777777">
        <w:trPr>
          <w:jc w:val="center"/>
        </w:trPr>
        <w:tc>
          <w:tcPr>
            <w:tcW w:w="5213" w:type="dxa"/>
            <w:shd w:val="clear" w:color="auto" w:fill="D9EAF7"/>
          </w:tcPr>
          <w:p w14:paraId="1C43D7ED" w14:textId="77777777" w:rsidR="00AE7891" w:rsidRPr="005D3138" w:rsidRDefault="00000000">
            <w:pPr>
              <w:rPr>
                <w:rFonts w:ascii="Calibri" w:hAnsi="Calibri" w:cs="Calibri"/>
              </w:rPr>
            </w:pPr>
            <w:r w:rsidRPr="005D3138">
              <w:rPr>
                <w:rFonts w:ascii="Calibri" w:hAnsi="Calibri" w:cs="Calibri"/>
                <w:b/>
              </w:rPr>
              <w:t>Část CV</w:t>
            </w:r>
          </w:p>
        </w:tc>
        <w:tc>
          <w:tcPr>
            <w:tcW w:w="5213" w:type="dxa"/>
            <w:shd w:val="clear" w:color="auto" w:fill="D9EAF7"/>
          </w:tcPr>
          <w:p w14:paraId="71BF5AAA" w14:textId="77777777" w:rsidR="00AE7891" w:rsidRPr="005D3138" w:rsidRDefault="00000000">
            <w:pPr>
              <w:rPr>
                <w:rFonts w:ascii="Calibri" w:hAnsi="Calibri" w:cs="Calibri"/>
              </w:rPr>
            </w:pPr>
            <w:r w:rsidRPr="005D3138">
              <w:rPr>
                <w:rFonts w:ascii="Calibri" w:hAnsi="Calibri" w:cs="Calibri"/>
                <w:b/>
              </w:rPr>
              <w:t>Co do ní patří</w:t>
            </w:r>
          </w:p>
        </w:tc>
      </w:tr>
      <w:tr w:rsidR="005D3138" w:rsidRPr="005D3138" w14:paraId="04078D59" w14:textId="77777777">
        <w:trPr>
          <w:jc w:val="center"/>
        </w:trPr>
        <w:tc>
          <w:tcPr>
            <w:tcW w:w="2381" w:type="dxa"/>
          </w:tcPr>
          <w:p w14:paraId="656495A2" w14:textId="77777777" w:rsidR="00AE7891" w:rsidRPr="005D3138" w:rsidRDefault="00000000">
            <w:pPr>
              <w:rPr>
                <w:rFonts w:ascii="Calibri" w:hAnsi="Calibri" w:cs="Calibri"/>
              </w:rPr>
            </w:pPr>
            <w:proofErr w:type="spellStart"/>
            <w:r w:rsidRPr="005D3138">
              <w:rPr>
                <w:rFonts w:ascii="Calibri" w:hAnsi="Calibri" w:cs="Calibri"/>
              </w:rPr>
              <w:t>Kontakt</w:t>
            </w:r>
            <w:proofErr w:type="spellEnd"/>
          </w:p>
        </w:tc>
        <w:tc>
          <w:tcPr>
            <w:tcW w:w="6917" w:type="dxa"/>
          </w:tcPr>
          <w:p w14:paraId="5ECD461C" w14:textId="77777777" w:rsidR="00AE7891" w:rsidRPr="005D3138" w:rsidRDefault="00000000">
            <w:pPr>
              <w:rPr>
                <w:rFonts w:ascii="Calibri" w:hAnsi="Calibri" w:cs="Calibri"/>
              </w:rPr>
            </w:pPr>
            <w:r w:rsidRPr="005D3138">
              <w:rPr>
                <w:rFonts w:ascii="Calibri" w:hAnsi="Calibri" w:cs="Calibri"/>
              </w:rPr>
              <w:t>jméno, telefon, profesionální e-mail, případně LinkedIn</w:t>
            </w:r>
          </w:p>
        </w:tc>
      </w:tr>
      <w:tr w:rsidR="005D3138" w:rsidRPr="005D3138" w14:paraId="4906C9F9" w14:textId="77777777">
        <w:trPr>
          <w:jc w:val="center"/>
        </w:trPr>
        <w:tc>
          <w:tcPr>
            <w:tcW w:w="2381" w:type="dxa"/>
          </w:tcPr>
          <w:p w14:paraId="30C63566" w14:textId="77777777" w:rsidR="00AE7891" w:rsidRPr="005D3138" w:rsidRDefault="00000000">
            <w:pPr>
              <w:rPr>
                <w:rFonts w:ascii="Calibri" w:hAnsi="Calibri" w:cs="Calibri"/>
              </w:rPr>
            </w:pPr>
            <w:proofErr w:type="spellStart"/>
            <w:r w:rsidRPr="005D3138">
              <w:rPr>
                <w:rFonts w:ascii="Calibri" w:hAnsi="Calibri" w:cs="Calibri"/>
              </w:rPr>
              <w:t>Profil</w:t>
            </w:r>
            <w:proofErr w:type="spellEnd"/>
            <w:r w:rsidRPr="005D3138">
              <w:rPr>
                <w:rFonts w:ascii="Calibri" w:hAnsi="Calibri" w:cs="Calibri"/>
              </w:rPr>
              <w:t xml:space="preserve"> / </w:t>
            </w:r>
            <w:proofErr w:type="spellStart"/>
            <w:r w:rsidRPr="005D3138">
              <w:rPr>
                <w:rFonts w:ascii="Calibri" w:hAnsi="Calibri" w:cs="Calibri"/>
              </w:rPr>
              <w:t>krátké</w:t>
            </w:r>
            <w:proofErr w:type="spellEnd"/>
            <w:r w:rsidRPr="005D3138">
              <w:rPr>
                <w:rFonts w:ascii="Calibri" w:hAnsi="Calibri" w:cs="Calibri"/>
              </w:rPr>
              <w:t xml:space="preserve"> </w:t>
            </w:r>
            <w:proofErr w:type="spellStart"/>
            <w:r w:rsidRPr="005D3138">
              <w:rPr>
                <w:rFonts w:ascii="Calibri" w:hAnsi="Calibri" w:cs="Calibri"/>
              </w:rPr>
              <w:t>shrnutí</w:t>
            </w:r>
            <w:proofErr w:type="spellEnd"/>
          </w:p>
        </w:tc>
        <w:tc>
          <w:tcPr>
            <w:tcW w:w="6917" w:type="dxa"/>
          </w:tcPr>
          <w:p w14:paraId="3EFB4805" w14:textId="77777777" w:rsidR="00AE7891" w:rsidRPr="005D3138" w:rsidRDefault="00000000">
            <w:pPr>
              <w:rPr>
                <w:rFonts w:ascii="Calibri" w:hAnsi="Calibri" w:cs="Calibri"/>
              </w:rPr>
            </w:pPr>
            <w:r w:rsidRPr="005D3138">
              <w:rPr>
                <w:rFonts w:ascii="Calibri" w:hAnsi="Calibri" w:cs="Calibri"/>
              </w:rPr>
              <w:t>2–4 věty: kdo jsem, co umím, co hledám</w:t>
            </w:r>
          </w:p>
        </w:tc>
      </w:tr>
      <w:tr w:rsidR="005D3138" w:rsidRPr="005D3138" w14:paraId="76290A63" w14:textId="77777777">
        <w:trPr>
          <w:jc w:val="center"/>
        </w:trPr>
        <w:tc>
          <w:tcPr>
            <w:tcW w:w="2381" w:type="dxa"/>
          </w:tcPr>
          <w:p w14:paraId="247F2D5A" w14:textId="77777777" w:rsidR="00AE7891" w:rsidRPr="005D3138" w:rsidRDefault="00000000">
            <w:pPr>
              <w:rPr>
                <w:rFonts w:ascii="Calibri" w:hAnsi="Calibri" w:cs="Calibri"/>
              </w:rPr>
            </w:pPr>
            <w:proofErr w:type="spellStart"/>
            <w:r w:rsidRPr="005D3138">
              <w:rPr>
                <w:rFonts w:ascii="Calibri" w:hAnsi="Calibri" w:cs="Calibri"/>
              </w:rPr>
              <w:t>Praxe</w:t>
            </w:r>
            <w:proofErr w:type="spellEnd"/>
            <w:r w:rsidRPr="005D3138">
              <w:rPr>
                <w:rFonts w:ascii="Calibri" w:hAnsi="Calibri" w:cs="Calibri"/>
              </w:rPr>
              <w:t xml:space="preserve"> a </w:t>
            </w:r>
            <w:proofErr w:type="spellStart"/>
            <w:r w:rsidRPr="005D3138">
              <w:rPr>
                <w:rFonts w:ascii="Calibri" w:hAnsi="Calibri" w:cs="Calibri"/>
              </w:rPr>
              <w:t>projekty</w:t>
            </w:r>
            <w:proofErr w:type="spellEnd"/>
          </w:p>
        </w:tc>
        <w:tc>
          <w:tcPr>
            <w:tcW w:w="6917" w:type="dxa"/>
          </w:tcPr>
          <w:p w14:paraId="3DFB8BA5" w14:textId="77777777" w:rsidR="00AE7891" w:rsidRPr="005D3138" w:rsidRDefault="00000000">
            <w:pPr>
              <w:rPr>
                <w:rFonts w:ascii="Calibri" w:hAnsi="Calibri" w:cs="Calibri"/>
              </w:rPr>
            </w:pPr>
            <w:r w:rsidRPr="005D3138">
              <w:rPr>
                <w:rFonts w:ascii="Calibri" w:hAnsi="Calibri" w:cs="Calibri"/>
              </w:rPr>
              <w:t>nejnovější a nejrelevantnější zkušenosti jako první</w:t>
            </w:r>
          </w:p>
        </w:tc>
      </w:tr>
      <w:tr w:rsidR="005D3138" w:rsidRPr="005D3138" w14:paraId="2521828A" w14:textId="77777777">
        <w:trPr>
          <w:jc w:val="center"/>
        </w:trPr>
        <w:tc>
          <w:tcPr>
            <w:tcW w:w="2381" w:type="dxa"/>
          </w:tcPr>
          <w:p w14:paraId="1F8062D1" w14:textId="77777777" w:rsidR="00AE7891" w:rsidRPr="005D3138" w:rsidRDefault="00000000">
            <w:pPr>
              <w:rPr>
                <w:rFonts w:ascii="Calibri" w:hAnsi="Calibri" w:cs="Calibri"/>
              </w:rPr>
            </w:pPr>
            <w:proofErr w:type="spellStart"/>
            <w:r w:rsidRPr="005D3138">
              <w:rPr>
                <w:rFonts w:ascii="Calibri" w:hAnsi="Calibri" w:cs="Calibri"/>
              </w:rPr>
              <w:t>Vzdělání</w:t>
            </w:r>
            <w:proofErr w:type="spellEnd"/>
          </w:p>
        </w:tc>
        <w:tc>
          <w:tcPr>
            <w:tcW w:w="6917" w:type="dxa"/>
          </w:tcPr>
          <w:p w14:paraId="1B5BA04E" w14:textId="77777777" w:rsidR="00AE7891" w:rsidRPr="005D3138" w:rsidRDefault="00000000">
            <w:pPr>
              <w:rPr>
                <w:rFonts w:ascii="Calibri" w:hAnsi="Calibri" w:cs="Calibri"/>
              </w:rPr>
            </w:pPr>
            <w:r w:rsidRPr="005D3138">
              <w:rPr>
                <w:rFonts w:ascii="Calibri" w:hAnsi="Calibri" w:cs="Calibri"/>
              </w:rPr>
              <w:t>škola, obor, období; u studentů klidně výše než praxe</w:t>
            </w:r>
          </w:p>
        </w:tc>
      </w:tr>
      <w:tr w:rsidR="005D3138" w:rsidRPr="005D3138" w14:paraId="6B2DFB37" w14:textId="77777777">
        <w:trPr>
          <w:jc w:val="center"/>
        </w:trPr>
        <w:tc>
          <w:tcPr>
            <w:tcW w:w="2381" w:type="dxa"/>
          </w:tcPr>
          <w:p w14:paraId="1199B670" w14:textId="77777777" w:rsidR="00AE7891" w:rsidRPr="005D3138" w:rsidRDefault="00000000">
            <w:pPr>
              <w:rPr>
                <w:rFonts w:ascii="Calibri" w:hAnsi="Calibri" w:cs="Calibri"/>
              </w:rPr>
            </w:pPr>
            <w:proofErr w:type="spellStart"/>
            <w:r w:rsidRPr="005D3138">
              <w:rPr>
                <w:rFonts w:ascii="Calibri" w:hAnsi="Calibri" w:cs="Calibri"/>
              </w:rPr>
              <w:t>Dovednosti</w:t>
            </w:r>
            <w:proofErr w:type="spellEnd"/>
          </w:p>
        </w:tc>
        <w:tc>
          <w:tcPr>
            <w:tcW w:w="6917" w:type="dxa"/>
          </w:tcPr>
          <w:p w14:paraId="50F8930B" w14:textId="77777777" w:rsidR="00AE7891" w:rsidRPr="005D3138" w:rsidRDefault="00000000">
            <w:pPr>
              <w:rPr>
                <w:rFonts w:ascii="Calibri" w:hAnsi="Calibri" w:cs="Calibri"/>
              </w:rPr>
            </w:pPr>
            <w:r w:rsidRPr="005D3138">
              <w:rPr>
                <w:rFonts w:ascii="Calibri" w:hAnsi="Calibri" w:cs="Calibri"/>
              </w:rPr>
              <w:t>jen ty, které umíte obhájit konkrétním příkladem</w:t>
            </w:r>
          </w:p>
        </w:tc>
      </w:tr>
      <w:tr w:rsidR="005D3138" w:rsidRPr="005D3138" w14:paraId="15E6E4AD" w14:textId="77777777">
        <w:trPr>
          <w:jc w:val="center"/>
        </w:trPr>
        <w:tc>
          <w:tcPr>
            <w:tcW w:w="2381" w:type="dxa"/>
          </w:tcPr>
          <w:p w14:paraId="5E0B4E3C" w14:textId="77777777" w:rsidR="00AE7891" w:rsidRPr="005D3138" w:rsidRDefault="00000000">
            <w:pPr>
              <w:rPr>
                <w:rFonts w:ascii="Calibri" w:hAnsi="Calibri" w:cs="Calibri"/>
              </w:rPr>
            </w:pPr>
            <w:proofErr w:type="spellStart"/>
            <w:r w:rsidRPr="005D3138">
              <w:rPr>
                <w:rFonts w:ascii="Calibri" w:hAnsi="Calibri" w:cs="Calibri"/>
              </w:rPr>
              <w:t>Jazyky</w:t>
            </w:r>
            <w:proofErr w:type="spellEnd"/>
          </w:p>
        </w:tc>
        <w:tc>
          <w:tcPr>
            <w:tcW w:w="6917" w:type="dxa"/>
          </w:tcPr>
          <w:p w14:paraId="72C54B4E" w14:textId="77777777" w:rsidR="00AE7891" w:rsidRPr="005D3138" w:rsidRDefault="00000000">
            <w:pPr>
              <w:rPr>
                <w:rFonts w:ascii="Calibri" w:hAnsi="Calibri" w:cs="Calibri"/>
              </w:rPr>
            </w:pPr>
            <w:r w:rsidRPr="005D3138">
              <w:rPr>
                <w:rFonts w:ascii="Calibri" w:hAnsi="Calibri" w:cs="Calibri"/>
              </w:rPr>
              <w:t>uveďte reálnou úroveň, ne „pokročilý“ bez kontextu</w:t>
            </w:r>
          </w:p>
        </w:tc>
      </w:tr>
    </w:tbl>
    <w:p w14:paraId="55DF85B5" w14:textId="25C353C5" w:rsidR="00AE7891" w:rsidRDefault="00000000">
      <w:pPr>
        <w:spacing w:before="120"/>
        <w:rPr>
          <w:rFonts w:ascii="Calibri" w:hAnsi="Calibri" w:cs="Calibri"/>
          <w:b/>
        </w:rPr>
      </w:pPr>
      <w:proofErr w:type="spellStart"/>
      <w:r w:rsidRPr="005D3138">
        <w:rPr>
          <w:rFonts w:ascii="Calibri" w:hAnsi="Calibri" w:cs="Calibri"/>
          <w:b/>
        </w:rPr>
        <w:t>Tip</w:t>
      </w:r>
      <w:r w:rsidR="0096640D">
        <w:rPr>
          <w:rFonts w:ascii="Calibri" w:hAnsi="Calibri" w:cs="Calibri"/>
          <w:b/>
        </w:rPr>
        <w:t>y</w:t>
      </w:r>
      <w:proofErr w:type="spellEnd"/>
      <w:r w:rsidR="0096640D">
        <w:rPr>
          <w:rFonts w:ascii="Calibri" w:hAnsi="Calibri" w:cs="Calibri"/>
          <w:b/>
        </w:rPr>
        <w:t xml:space="preserve">: </w:t>
      </w:r>
    </w:p>
    <w:p w14:paraId="0966AAAB" w14:textId="401CBE78" w:rsidR="0096640D" w:rsidRPr="0096640D" w:rsidRDefault="0096640D" w:rsidP="0096640D">
      <w:pPr>
        <w:pStyle w:val="Odstavecseseznamem"/>
        <w:numPr>
          <w:ilvl w:val="0"/>
          <w:numId w:val="10"/>
        </w:numPr>
        <w:spacing w:before="120"/>
        <w:rPr>
          <w:rFonts w:ascii="Calibri" w:hAnsi="Calibri" w:cs="Calibri"/>
        </w:rPr>
      </w:pPr>
      <w:proofErr w:type="spellStart"/>
      <w:r w:rsidRPr="0096640D">
        <w:rPr>
          <w:rFonts w:ascii="Calibri" w:hAnsi="Calibri" w:cs="Calibri"/>
        </w:rPr>
        <w:t>U</w:t>
      </w:r>
      <w:r w:rsidRPr="0096640D">
        <w:rPr>
          <w:rFonts w:ascii="Calibri" w:hAnsi="Calibri" w:cs="Calibri"/>
        </w:rPr>
        <w:t>mím</w:t>
      </w:r>
      <w:proofErr w:type="spellEnd"/>
      <w:r w:rsidRPr="0096640D">
        <w:rPr>
          <w:rFonts w:ascii="Calibri" w:hAnsi="Calibri" w:cs="Calibri"/>
        </w:rPr>
        <w:t xml:space="preserve"> </w:t>
      </w:r>
      <w:proofErr w:type="spellStart"/>
      <w:r w:rsidRPr="0096640D">
        <w:rPr>
          <w:rFonts w:ascii="Calibri" w:hAnsi="Calibri" w:cs="Calibri"/>
        </w:rPr>
        <w:t>řešit</w:t>
      </w:r>
      <w:proofErr w:type="spellEnd"/>
      <w:r w:rsidRPr="0096640D">
        <w:rPr>
          <w:rFonts w:ascii="Calibri" w:hAnsi="Calibri" w:cs="Calibri"/>
        </w:rPr>
        <w:t xml:space="preserve"> </w:t>
      </w:r>
      <w:proofErr w:type="spellStart"/>
      <w:r w:rsidRPr="0096640D">
        <w:rPr>
          <w:rFonts w:ascii="Calibri" w:hAnsi="Calibri" w:cs="Calibri"/>
        </w:rPr>
        <w:t>problémy</w:t>
      </w:r>
      <w:proofErr w:type="spellEnd"/>
      <w:r w:rsidRPr="0096640D">
        <w:rPr>
          <w:rFonts w:ascii="Calibri" w:hAnsi="Calibri" w:cs="Calibri"/>
        </w:rPr>
        <w:t>:</w:t>
      </w:r>
      <w:r w:rsidRPr="0096640D">
        <w:rPr>
          <w:rFonts w:ascii="Calibri" w:hAnsi="Calibri" w:cs="Calibri"/>
        </w:rPr>
        <w:t xml:space="preserve"> </w:t>
      </w:r>
      <w:proofErr w:type="spellStart"/>
      <w:r w:rsidRPr="0096640D">
        <w:rPr>
          <w:rFonts w:ascii="Calibri" w:hAnsi="Calibri" w:cs="Calibri"/>
        </w:rPr>
        <w:t>Při</w:t>
      </w:r>
      <w:proofErr w:type="spellEnd"/>
      <w:r w:rsidRPr="0096640D">
        <w:rPr>
          <w:rFonts w:ascii="Calibri" w:hAnsi="Calibri" w:cs="Calibri"/>
        </w:rPr>
        <w:t xml:space="preserve"> </w:t>
      </w:r>
      <w:proofErr w:type="spellStart"/>
      <w:r w:rsidRPr="0096640D">
        <w:rPr>
          <w:rFonts w:ascii="Calibri" w:hAnsi="Calibri" w:cs="Calibri"/>
        </w:rPr>
        <w:t>výpadku</w:t>
      </w:r>
      <w:proofErr w:type="spellEnd"/>
      <w:r w:rsidRPr="0096640D">
        <w:rPr>
          <w:rFonts w:ascii="Calibri" w:hAnsi="Calibri" w:cs="Calibri"/>
        </w:rPr>
        <w:t xml:space="preserve"> </w:t>
      </w:r>
      <w:proofErr w:type="spellStart"/>
      <w:r w:rsidRPr="0096640D">
        <w:rPr>
          <w:rFonts w:ascii="Calibri" w:hAnsi="Calibri" w:cs="Calibri"/>
        </w:rPr>
        <w:t>dodavatele</w:t>
      </w:r>
      <w:proofErr w:type="spellEnd"/>
      <w:r w:rsidRPr="0096640D">
        <w:rPr>
          <w:rFonts w:ascii="Calibri" w:hAnsi="Calibri" w:cs="Calibri"/>
        </w:rPr>
        <w:t xml:space="preserve"> </w:t>
      </w:r>
      <w:proofErr w:type="spellStart"/>
      <w:r w:rsidRPr="0096640D">
        <w:rPr>
          <w:rFonts w:ascii="Calibri" w:hAnsi="Calibri" w:cs="Calibri"/>
        </w:rPr>
        <w:t>jsem</w:t>
      </w:r>
      <w:proofErr w:type="spellEnd"/>
      <w:r w:rsidRPr="0096640D">
        <w:rPr>
          <w:rFonts w:ascii="Calibri" w:hAnsi="Calibri" w:cs="Calibri"/>
        </w:rPr>
        <w:t xml:space="preserve"> </w:t>
      </w:r>
      <w:proofErr w:type="spellStart"/>
      <w:r w:rsidRPr="0096640D">
        <w:rPr>
          <w:rFonts w:ascii="Calibri" w:hAnsi="Calibri" w:cs="Calibri"/>
        </w:rPr>
        <w:t>navrhl</w:t>
      </w:r>
      <w:proofErr w:type="spellEnd"/>
      <w:r w:rsidRPr="0096640D">
        <w:rPr>
          <w:rFonts w:ascii="Calibri" w:hAnsi="Calibri" w:cs="Calibri"/>
        </w:rPr>
        <w:t xml:space="preserve">/a </w:t>
      </w:r>
      <w:proofErr w:type="spellStart"/>
      <w:r w:rsidRPr="0096640D">
        <w:rPr>
          <w:rFonts w:ascii="Calibri" w:hAnsi="Calibri" w:cs="Calibri"/>
        </w:rPr>
        <w:t>náhradní</w:t>
      </w:r>
      <w:proofErr w:type="spellEnd"/>
      <w:r w:rsidRPr="0096640D">
        <w:rPr>
          <w:rFonts w:ascii="Calibri" w:hAnsi="Calibri" w:cs="Calibri"/>
        </w:rPr>
        <w:t xml:space="preserve"> </w:t>
      </w:r>
      <w:proofErr w:type="spellStart"/>
      <w:r w:rsidRPr="0096640D">
        <w:rPr>
          <w:rFonts w:ascii="Calibri" w:hAnsi="Calibri" w:cs="Calibri"/>
        </w:rPr>
        <w:t>řešení</w:t>
      </w:r>
      <w:proofErr w:type="spellEnd"/>
      <w:r w:rsidRPr="0096640D">
        <w:rPr>
          <w:rFonts w:ascii="Calibri" w:hAnsi="Calibri" w:cs="Calibri"/>
        </w:rPr>
        <w:t xml:space="preserve"> a </w:t>
      </w:r>
      <w:proofErr w:type="spellStart"/>
      <w:r w:rsidRPr="0096640D">
        <w:rPr>
          <w:rFonts w:ascii="Calibri" w:hAnsi="Calibri" w:cs="Calibri"/>
        </w:rPr>
        <w:t>zajistil</w:t>
      </w:r>
      <w:proofErr w:type="spellEnd"/>
      <w:r w:rsidRPr="0096640D">
        <w:rPr>
          <w:rFonts w:ascii="Calibri" w:hAnsi="Calibri" w:cs="Calibri"/>
        </w:rPr>
        <w:t xml:space="preserve">/a, aby </w:t>
      </w:r>
      <w:proofErr w:type="spellStart"/>
      <w:r w:rsidRPr="0096640D">
        <w:rPr>
          <w:rFonts w:ascii="Calibri" w:hAnsi="Calibri" w:cs="Calibri"/>
        </w:rPr>
        <w:t>akce</w:t>
      </w:r>
      <w:proofErr w:type="spellEnd"/>
      <w:r w:rsidRPr="0096640D">
        <w:rPr>
          <w:rFonts w:ascii="Calibri" w:hAnsi="Calibri" w:cs="Calibri"/>
        </w:rPr>
        <w:t xml:space="preserve"> </w:t>
      </w:r>
      <w:proofErr w:type="spellStart"/>
      <w:r w:rsidRPr="0096640D">
        <w:rPr>
          <w:rFonts w:ascii="Calibri" w:hAnsi="Calibri" w:cs="Calibri"/>
        </w:rPr>
        <w:t>proběhla</w:t>
      </w:r>
      <w:proofErr w:type="spellEnd"/>
      <w:r w:rsidRPr="0096640D">
        <w:rPr>
          <w:rFonts w:ascii="Calibri" w:hAnsi="Calibri" w:cs="Calibri"/>
        </w:rPr>
        <w:t xml:space="preserve"> </w:t>
      </w:r>
      <w:proofErr w:type="spellStart"/>
      <w:r w:rsidRPr="0096640D">
        <w:rPr>
          <w:rFonts w:ascii="Calibri" w:hAnsi="Calibri" w:cs="Calibri"/>
        </w:rPr>
        <w:t>podle</w:t>
      </w:r>
      <w:proofErr w:type="spellEnd"/>
      <w:r w:rsidRPr="0096640D">
        <w:rPr>
          <w:rFonts w:ascii="Calibri" w:hAnsi="Calibri" w:cs="Calibri"/>
        </w:rPr>
        <w:t xml:space="preserve"> </w:t>
      </w:r>
      <w:proofErr w:type="spellStart"/>
      <w:r w:rsidRPr="0096640D">
        <w:rPr>
          <w:rFonts w:ascii="Calibri" w:hAnsi="Calibri" w:cs="Calibri"/>
        </w:rPr>
        <w:t>plánu</w:t>
      </w:r>
      <w:proofErr w:type="spellEnd"/>
      <w:r w:rsidRPr="0096640D">
        <w:rPr>
          <w:rFonts w:ascii="Calibri" w:hAnsi="Calibri" w:cs="Calibri"/>
        </w:rPr>
        <w:t>.</w:t>
      </w:r>
    </w:p>
    <w:p w14:paraId="79F9FB62" w14:textId="5ED50714" w:rsidR="0096640D" w:rsidRPr="0096640D" w:rsidRDefault="0096640D" w:rsidP="0096640D">
      <w:pPr>
        <w:pStyle w:val="Odstavecseseznamem"/>
        <w:numPr>
          <w:ilvl w:val="0"/>
          <w:numId w:val="10"/>
        </w:numPr>
        <w:spacing w:before="120"/>
        <w:rPr>
          <w:rFonts w:ascii="Calibri" w:hAnsi="Calibri" w:cs="Calibri"/>
        </w:rPr>
      </w:pPr>
      <w:proofErr w:type="spellStart"/>
      <w:r w:rsidRPr="0096640D">
        <w:rPr>
          <w:rFonts w:ascii="Calibri" w:hAnsi="Calibri" w:cs="Calibri"/>
        </w:rPr>
        <w:t>J</w:t>
      </w:r>
      <w:r w:rsidRPr="0096640D">
        <w:rPr>
          <w:rFonts w:ascii="Calibri" w:hAnsi="Calibri" w:cs="Calibri"/>
        </w:rPr>
        <w:t>sem</w:t>
      </w:r>
      <w:proofErr w:type="spellEnd"/>
      <w:r w:rsidRPr="0096640D">
        <w:rPr>
          <w:rFonts w:ascii="Calibri" w:hAnsi="Calibri" w:cs="Calibri"/>
        </w:rPr>
        <w:t xml:space="preserve"> </w:t>
      </w:r>
      <w:proofErr w:type="spellStart"/>
      <w:r w:rsidRPr="0096640D">
        <w:rPr>
          <w:rFonts w:ascii="Calibri" w:hAnsi="Calibri" w:cs="Calibri"/>
        </w:rPr>
        <w:t>odolný</w:t>
      </w:r>
      <w:proofErr w:type="spellEnd"/>
      <w:r w:rsidRPr="0096640D">
        <w:rPr>
          <w:rFonts w:ascii="Calibri" w:hAnsi="Calibri" w:cs="Calibri"/>
        </w:rPr>
        <w:t xml:space="preserve">/á </w:t>
      </w:r>
      <w:proofErr w:type="spellStart"/>
      <w:r w:rsidRPr="0096640D">
        <w:rPr>
          <w:rFonts w:ascii="Calibri" w:hAnsi="Calibri" w:cs="Calibri"/>
        </w:rPr>
        <w:t>vůči</w:t>
      </w:r>
      <w:proofErr w:type="spellEnd"/>
      <w:r w:rsidRPr="0096640D">
        <w:rPr>
          <w:rFonts w:ascii="Calibri" w:hAnsi="Calibri" w:cs="Calibri"/>
        </w:rPr>
        <w:t xml:space="preserve"> </w:t>
      </w:r>
      <w:proofErr w:type="spellStart"/>
      <w:r w:rsidRPr="0096640D">
        <w:rPr>
          <w:rFonts w:ascii="Calibri" w:hAnsi="Calibri" w:cs="Calibri"/>
        </w:rPr>
        <w:t>stresu</w:t>
      </w:r>
      <w:proofErr w:type="spellEnd"/>
      <w:r w:rsidRPr="0096640D">
        <w:rPr>
          <w:rFonts w:ascii="Calibri" w:hAnsi="Calibri" w:cs="Calibri"/>
        </w:rPr>
        <w:t>:</w:t>
      </w:r>
      <w:r w:rsidRPr="0096640D">
        <w:rPr>
          <w:rFonts w:ascii="Calibri" w:hAnsi="Calibri" w:cs="Calibri"/>
        </w:rPr>
        <w:t xml:space="preserve"> </w:t>
      </w:r>
      <w:proofErr w:type="spellStart"/>
      <w:r w:rsidRPr="0096640D">
        <w:rPr>
          <w:rFonts w:ascii="Calibri" w:hAnsi="Calibri" w:cs="Calibri"/>
        </w:rPr>
        <w:t>Během</w:t>
      </w:r>
      <w:proofErr w:type="spellEnd"/>
      <w:r w:rsidRPr="0096640D">
        <w:rPr>
          <w:rFonts w:ascii="Calibri" w:hAnsi="Calibri" w:cs="Calibri"/>
        </w:rPr>
        <w:t xml:space="preserve"> </w:t>
      </w:r>
      <w:proofErr w:type="spellStart"/>
      <w:r w:rsidRPr="0096640D">
        <w:rPr>
          <w:rFonts w:ascii="Calibri" w:hAnsi="Calibri" w:cs="Calibri"/>
        </w:rPr>
        <w:t>vytížených</w:t>
      </w:r>
      <w:proofErr w:type="spellEnd"/>
      <w:r w:rsidRPr="0096640D">
        <w:rPr>
          <w:rFonts w:ascii="Calibri" w:hAnsi="Calibri" w:cs="Calibri"/>
        </w:rPr>
        <w:t xml:space="preserve"> </w:t>
      </w:r>
      <w:proofErr w:type="spellStart"/>
      <w:r w:rsidRPr="0096640D">
        <w:rPr>
          <w:rFonts w:ascii="Calibri" w:hAnsi="Calibri" w:cs="Calibri"/>
        </w:rPr>
        <w:t>směn</w:t>
      </w:r>
      <w:proofErr w:type="spellEnd"/>
      <w:r w:rsidRPr="0096640D">
        <w:rPr>
          <w:rFonts w:ascii="Calibri" w:hAnsi="Calibri" w:cs="Calibri"/>
        </w:rPr>
        <w:t xml:space="preserve"> </w:t>
      </w:r>
      <w:proofErr w:type="spellStart"/>
      <w:r w:rsidRPr="0096640D">
        <w:rPr>
          <w:rFonts w:ascii="Calibri" w:hAnsi="Calibri" w:cs="Calibri"/>
        </w:rPr>
        <w:t>jsem</w:t>
      </w:r>
      <w:proofErr w:type="spellEnd"/>
      <w:r w:rsidRPr="0096640D">
        <w:rPr>
          <w:rFonts w:ascii="Calibri" w:hAnsi="Calibri" w:cs="Calibri"/>
        </w:rPr>
        <w:t xml:space="preserve"> </w:t>
      </w:r>
      <w:proofErr w:type="spellStart"/>
      <w:r w:rsidRPr="0096640D">
        <w:rPr>
          <w:rFonts w:ascii="Calibri" w:hAnsi="Calibri" w:cs="Calibri"/>
        </w:rPr>
        <w:t>obsluhoval</w:t>
      </w:r>
      <w:proofErr w:type="spellEnd"/>
      <w:r w:rsidRPr="0096640D">
        <w:rPr>
          <w:rFonts w:ascii="Calibri" w:hAnsi="Calibri" w:cs="Calibri"/>
        </w:rPr>
        <w:t xml:space="preserve">/a </w:t>
      </w:r>
      <w:proofErr w:type="spellStart"/>
      <w:r w:rsidRPr="0096640D">
        <w:rPr>
          <w:rFonts w:ascii="Calibri" w:hAnsi="Calibri" w:cs="Calibri"/>
        </w:rPr>
        <w:t>zákazníky</w:t>
      </w:r>
      <w:proofErr w:type="spellEnd"/>
      <w:r w:rsidRPr="0096640D">
        <w:rPr>
          <w:rFonts w:ascii="Calibri" w:hAnsi="Calibri" w:cs="Calibri"/>
        </w:rPr>
        <w:t xml:space="preserve">, </w:t>
      </w:r>
      <w:proofErr w:type="spellStart"/>
      <w:r w:rsidRPr="0096640D">
        <w:rPr>
          <w:rFonts w:ascii="Calibri" w:hAnsi="Calibri" w:cs="Calibri"/>
        </w:rPr>
        <w:t>řešil</w:t>
      </w:r>
      <w:proofErr w:type="spellEnd"/>
      <w:r w:rsidRPr="0096640D">
        <w:rPr>
          <w:rFonts w:ascii="Calibri" w:hAnsi="Calibri" w:cs="Calibri"/>
        </w:rPr>
        <w:t xml:space="preserve">/a </w:t>
      </w:r>
      <w:proofErr w:type="spellStart"/>
      <w:r w:rsidRPr="0096640D">
        <w:rPr>
          <w:rFonts w:ascii="Calibri" w:hAnsi="Calibri" w:cs="Calibri"/>
        </w:rPr>
        <w:t>reklamace</w:t>
      </w:r>
      <w:proofErr w:type="spellEnd"/>
      <w:r w:rsidRPr="0096640D">
        <w:rPr>
          <w:rFonts w:ascii="Calibri" w:hAnsi="Calibri" w:cs="Calibri"/>
        </w:rPr>
        <w:t xml:space="preserve"> a </w:t>
      </w:r>
      <w:proofErr w:type="spellStart"/>
      <w:r w:rsidRPr="0096640D">
        <w:rPr>
          <w:rFonts w:ascii="Calibri" w:hAnsi="Calibri" w:cs="Calibri"/>
        </w:rPr>
        <w:t>současně</w:t>
      </w:r>
      <w:proofErr w:type="spellEnd"/>
      <w:r w:rsidRPr="0096640D">
        <w:rPr>
          <w:rFonts w:ascii="Calibri" w:hAnsi="Calibri" w:cs="Calibri"/>
        </w:rPr>
        <w:t xml:space="preserve"> </w:t>
      </w:r>
      <w:proofErr w:type="spellStart"/>
      <w:r w:rsidRPr="0096640D">
        <w:rPr>
          <w:rFonts w:ascii="Calibri" w:hAnsi="Calibri" w:cs="Calibri"/>
        </w:rPr>
        <w:t>udržoval</w:t>
      </w:r>
      <w:proofErr w:type="spellEnd"/>
      <w:r w:rsidRPr="0096640D">
        <w:rPr>
          <w:rFonts w:ascii="Calibri" w:hAnsi="Calibri" w:cs="Calibri"/>
        </w:rPr>
        <w:t xml:space="preserve">/a </w:t>
      </w:r>
      <w:proofErr w:type="spellStart"/>
      <w:r w:rsidRPr="0096640D">
        <w:rPr>
          <w:rFonts w:ascii="Calibri" w:hAnsi="Calibri" w:cs="Calibri"/>
        </w:rPr>
        <w:t>plynulý</w:t>
      </w:r>
      <w:proofErr w:type="spellEnd"/>
      <w:r w:rsidRPr="0096640D">
        <w:rPr>
          <w:rFonts w:ascii="Calibri" w:hAnsi="Calibri" w:cs="Calibri"/>
        </w:rPr>
        <w:t xml:space="preserve"> </w:t>
      </w:r>
      <w:proofErr w:type="spellStart"/>
      <w:r w:rsidRPr="0096640D">
        <w:rPr>
          <w:rFonts w:ascii="Calibri" w:hAnsi="Calibri" w:cs="Calibri"/>
        </w:rPr>
        <w:t>chod</w:t>
      </w:r>
      <w:proofErr w:type="spellEnd"/>
      <w:r w:rsidRPr="0096640D">
        <w:rPr>
          <w:rFonts w:ascii="Calibri" w:hAnsi="Calibri" w:cs="Calibri"/>
        </w:rPr>
        <w:t xml:space="preserve"> </w:t>
      </w:r>
      <w:proofErr w:type="spellStart"/>
      <w:r w:rsidRPr="0096640D">
        <w:rPr>
          <w:rFonts w:ascii="Calibri" w:hAnsi="Calibri" w:cs="Calibri"/>
        </w:rPr>
        <w:t>provozu</w:t>
      </w:r>
      <w:proofErr w:type="spellEnd"/>
      <w:r w:rsidRPr="0096640D">
        <w:rPr>
          <w:rFonts w:ascii="Calibri" w:hAnsi="Calibri" w:cs="Calibri"/>
        </w:rPr>
        <w:t>.</w:t>
      </w:r>
    </w:p>
    <w:p w14:paraId="4EE68ADF" w14:textId="4C9A940F" w:rsidR="0096640D" w:rsidRDefault="0096640D" w:rsidP="0096640D">
      <w:pPr>
        <w:pStyle w:val="Odstavecseseznamem"/>
        <w:numPr>
          <w:ilvl w:val="0"/>
          <w:numId w:val="10"/>
        </w:numPr>
        <w:spacing w:before="120"/>
        <w:rPr>
          <w:rFonts w:ascii="Calibri" w:hAnsi="Calibri" w:cs="Calibri"/>
        </w:rPr>
      </w:pPr>
      <w:proofErr w:type="spellStart"/>
      <w:r w:rsidRPr="0096640D">
        <w:rPr>
          <w:rFonts w:ascii="Calibri" w:hAnsi="Calibri" w:cs="Calibri"/>
        </w:rPr>
        <w:t>J</w:t>
      </w:r>
      <w:r w:rsidRPr="0096640D">
        <w:rPr>
          <w:rFonts w:ascii="Calibri" w:hAnsi="Calibri" w:cs="Calibri"/>
        </w:rPr>
        <w:t>sem</w:t>
      </w:r>
      <w:proofErr w:type="spellEnd"/>
      <w:r w:rsidRPr="0096640D">
        <w:rPr>
          <w:rFonts w:ascii="Calibri" w:hAnsi="Calibri" w:cs="Calibri"/>
        </w:rPr>
        <w:t xml:space="preserve"> </w:t>
      </w:r>
      <w:proofErr w:type="spellStart"/>
      <w:r w:rsidRPr="0096640D">
        <w:rPr>
          <w:rFonts w:ascii="Calibri" w:hAnsi="Calibri" w:cs="Calibri"/>
        </w:rPr>
        <w:t>spolehlivý</w:t>
      </w:r>
      <w:proofErr w:type="spellEnd"/>
      <w:r w:rsidRPr="0096640D">
        <w:rPr>
          <w:rFonts w:ascii="Calibri" w:hAnsi="Calibri" w:cs="Calibri"/>
        </w:rPr>
        <w:t>/á:</w:t>
      </w:r>
      <w:r>
        <w:rPr>
          <w:rFonts w:ascii="Calibri" w:hAnsi="Calibri" w:cs="Calibri"/>
        </w:rPr>
        <w:t xml:space="preserve"> </w:t>
      </w:r>
      <w:r w:rsidRPr="0096640D">
        <w:rPr>
          <w:rFonts w:ascii="Calibri" w:hAnsi="Calibri" w:cs="Calibri"/>
        </w:rPr>
        <w:t xml:space="preserve">Po </w:t>
      </w:r>
      <w:proofErr w:type="spellStart"/>
      <w:r w:rsidRPr="0096640D">
        <w:rPr>
          <w:rFonts w:ascii="Calibri" w:hAnsi="Calibri" w:cs="Calibri"/>
        </w:rPr>
        <w:t>dobu</w:t>
      </w:r>
      <w:proofErr w:type="spellEnd"/>
      <w:r w:rsidRPr="0096640D">
        <w:rPr>
          <w:rFonts w:ascii="Calibri" w:hAnsi="Calibri" w:cs="Calibri"/>
        </w:rPr>
        <w:t xml:space="preserve"> </w:t>
      </w:r>
      <w:proofErr w:type="spellStart"/>
      <w:r w:rsidRPr="0096640D">
        <w:rPr>
          <w:rFonts w:ascii="Calibri" w:hAnsi="Calibri" w:cs="Calibri"/>
        </w:rPr>
        <w:t>šestiměsíční</w:t>
      </w:r>
      <w:proofErr w:type="spellEnd"/>
      <w:r w:rsidRPr="0096640D">
        <w:rPr>
          <w:rFonts w:ascii="Calibri" w:hAnsi="Calibri" w:cs="Calibri"/>
        </w:rPr>
        <w:t xml:space="preserve"> </w:t>
      </w:r>
      <w:proofErr w:type="spellStart"/>
      <w:r w:rsidRPr="0096640D">
        <w:rPr>
          <w:rFonts w:ascii="Calibri" w:hAnsi="Calibri" w:cs="Calibri"/>
        </w:rPr>
        <w:t>brigády</w:t>
      </w:r>
      <w:proofErr w:type="spellEnd"/>
      <w:r w:rsidRPr="0096640D">
        <w:rPr>
          <w:rFonts w:ascii="Calibri" w:hAnsi="Calibri" w:cs="Calibri"/>
        </w:rPr>
        <w:t xml:space="preserve"> </w:t>
      </w:r>
      <w:proofErr w:type="spellStart"/>
      <w:r w:rsidRPr="0096640D">
        <w:rPr>
          <w:rFonts w:ascii="Calibri" w:hAnsi="Calibri" w:cs="Calibri"/>
        </w:rPr>
        <w:t>jsem</w:t>
      </w:r>
      <w:proofErr w:type="spellEnd"/>
      <w:r w:rsidRPr="0096640D">
        <w:rPr>
          <w:rFonts w:ascii="Calibri" w:hAnsi="Calibri" w:cs="Calibri"/>
        </w:rPr>
        <w:t xml:space="preserve"> </w:t>
      </w:r>
      <w:proofErr w:type="spellStart"/>
      <w:r w:rsidRPr="0096640D">
        <w:rPr>
          <w:rFonts w:ascii="Calibri" w:hAnsi="Calibri" w:cs="Calibri"/>
        </w:rPr>
        <w:t>samostatně</w:t>
      </w:r>
      <w:proofErr w:type="spellEnd"/>
      <w:r w:rsidRPr="0096640D">
        <w:rPr>
          <w:rFonts w:ascii="Calibri" w:hAnsi="Calibri" w:cs="Calibri"/>
        </w:rPr>
        <w:t xml:space="preserve"> </w:t>
      </w:r>
      <w:proofErr w:type="spellStart"/>
      <w:r w:rsidRPr="0096640D">
        <w:rPr>
          <w:rFonts w:ascii="Calibri" w:hAnsi="Calibri" w:cs="Calibri"/>
        </w:rPr>
        <w:t>zajišťoval</w:t>
      </w:r>
      <w:proofErr w:type="spellEnd"/>
      <w:r w:rsidRPr="0096640D">
        <w:rPr>
          <w:rFonts w:ascii="Calibri" w:hAnsi="Calibri" w:cs="Calibri"/>
        </w:rPr>
        <w:t xml:space="preserve">/a </w:t>
      </w:r>
      <w:proofErr w:type="spellStart"/>
      <w:r w:rsidRPr="0096640D">
        <w:rPr>
          <w:rFonts w:ascii="Calibri" w:hAnsi="Calibri" w:cs="Calibri"/>
        </w:rPr>
        <w:t>otevírání</w:t>
      </w:r>
      <w:proofErr w:type="spellEnd"/>
      <w:r w:rsidRPr="0096640D">
        <w:rPr>
          <w:rFonts w:ascii="Calibri" w:hAnsi="Calibri" w:cs="Calibri"/>
        </w:rPr>
        <w:t xml:space="preserve"> </w:t>
      </w:r>
      <w:proofErr w:type="spellStart"/>
      <w:r w:rsidRPr="0096640D">
        <w:rPr>
          <w:rFonts w:ascii="Calibri" w:hAnsi="Calibri" w:cs="Calibri"/>
        </w:rPr>
        <w:t>provozovny</w:t>
      </w:r>
      <w:proofErr w:type="spellEnd"/>
      <w:r w:rsidRPr="0096640D">
        <w:rPr>
          <w:rFonts w:ascii="Calibri" w:hAnsi="Calibri" w:cs="Calibri"/>
        </w:rPr>
        <w:t xml:space="preserve"> a </w:t>
      </w:r>
      <w:proofErr w:type="spellStart"/>
      <w:r w:rsidRPr="0096640D">
        <w:rPr>
          <w:rFonts w:ascii="Calibri" w:hAnsi="Calibri" w:cs="Calibri"/>
        </w:rPr>
        <w:t>předávání</w:t>
      </w:r>
      <w:proofErr w:type="spellEnd"/>
      <w:r w:rsidRPr="0096640D">
        <w:rPr>
          <w:rFonts w:ascii="Calibri" w:hAnsi="Calibri" w:cs="Calibri"/>
        </w:rPr>
        <w:t xml:space="preserve"> </w:t>
      </w:r>
      <w:proofErr w:type="spellStart"/>
      <w:r w:rsidRPr="0096640D">
        <w:rPr>
          <w:rFonts w:ascii="Calibri" w:hAnsi="Calibri" w:cs="Calibri"/>
        </w:rPr>
        <w:t>denní</w:t>
      </w:r>
      <w:proofErr w:type="spellEnd"/>
      <w:r w:rsidRPr="0096640D">
        <w:rPr>
          <w:rFonts w:ascii="Calibri" w:hAnsi="Calibri" w:cs="Calibri"/>
        </w:rPr>
        <w:t xml:space="preserve"> </w:t>
      </w:r>
      <w:proofErr w:type="spellStart"/>
      <w:r w:rsidRPr="0096640D">
        <w:rPr>
          <w:rFonts w:ascii="Calibri" w:hAnsi="Calibri" w:cs="Calibri"/>
        </w:rPr>
        <w:t>agendy</w:t>
      </w:r>
      <w:proofErr w:type="spellEnd"/>
      <w:r w:rsidRPr="0096640D">
        <w:rPr>
          <w:rFonts w:ascii="Calibri" w:hAnsi="Calibri" w:cs="Calibri"/>
        </w:rPr>
        <w:t xml:space="preserve"> bez </w:t>
      </w:r>
      <w:proofErr w:type="spellStart"/>
      <w:r w:rsidRPr="0096640D">
        <w:rPr>
          <w:rFonts w:ascii="Calibri" w:hAnsi="Calibri" w:cs="Calibri"/>
        </w:rPr>
        <w:t>dohledu</w:t>
      </w:r>
      <w:proofErr w:type="spellEnd"/>
      <w:r w:rsidRPr="0096640D">
        <w:rPr>
          <w:rFonts w:ascii="Calibri" w:hAnsi="Calibri" w:cs="Calibri"/>
        </w:rPr>
        <w:t xml:space="preserve"> </w:t>
      </w:r>
      <w:proofErr w:type="spellStart"/>
      <w:r w:rsidRPr="0096640D">
        <w:rPr>
          <w:rFonts w:ascii="Calibri" w:hAnsi="Calibri" w:cs="Calibri"/>
        </w:rPr>
        <w:t>vedoucího</w:t>
      </w:r>
      <w:proofErr w:type="spellEnd"/>
      <w:r w:rsidRPr="0096640D">
        <w:rPr>
          <w:rFonts w:ascii="Calibri" w:hAnsi="Calibri" w:cs="Calibri"/>
        </w:rPr>
        <w:t>.</w:t>
      </w:r>
    </w:p>
    <w:p w14:paraId="05B6E395" w14:textId="2850F1A7" w:rsidR="0096640D" w:rsidRDefault="0096640D" w:rsidP="0096640D">
      <w:pPr>
        <w:pStyle w:val="Odstavecseseznamem"/>
        <w:numPr>
          <w:ilvl w:val="0"/>
          <w:numId w:val="10"/>
        </w:numPr>
        <w:spacing w:before="120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J</w:t>
      </w:r>
      <w:r w:rsidRPr="0096640D">
        <w:rPr>
          <w:rFonts w:ascii="Calibri" w:hAnsi="Calibri" w:cs="Calibri"/>
        </w:rPr>
        <w:t>sem</w:t>
      </w:r>
      <w:proofErr w:type="spellEnd"/>
      <w:r w:rsidRPr="0096640D">
        <w:rPr>
          <w:rFonts w:ascii="Calibri" w:hAnsi="Calibri" w:cs="Calibri"/>
        </w:rPr>
        <w:t xml:space="preserve"> </w:t>
      </w:r>
      <w:proofErr w:type="spellStart"/>
      <w:r w:rsidRPr="0096640D">
        <w:rPr>
          <w:rFonts w:ascii="Calibri" w:hAnsi="Calibri" w:cs="Calibri"/>
        </w:rPr>
        <w:t>komunikativní</w:t>
      </w:r>
      <w:proofErr w:type="spellEnd"/>
      <w:r w:rsidRPr="0096640D">
        <w:rPr>
          <w:rFonts w:ascii="Calibri" w:hAnsi="Calibri" w:cs="Calibri"/>
        </w:rPr>
        <w:t>:</w:t>
      </w:r>
      <w:r>
        <w:rPr>
          <w:rFonts w:ascii="Calibri" w:hAnsi="Calibri" w:cs="Calibri"/>
        </w:rPr>
        <w:t xml:space="preserve"> </w:t>
      </w:r>
      <w:proofErr w:type="spellStart"/>
      <w:r w:rsidRPr="0096640D">
        <w:rPr>
          <w:rFonts w:ascii="Calibri" w:hAnsi="Calibri" w:cs="Calibri"/>
        </w:rPr>
        <w:t>Koordinoval</w:t>
      </w:r>
      <w:proofErr w:type="spellEnd"/>
      <w:r w:rsidRPr="0096640D">
        <w:rPr>
          <w:rFonts w:ascii="Calibri" w:hAnsi="Calibri" w:cs="Calibri"/>
        </w:rPr>
        <w:t xml:space="preserve">/a </w:t>
      </w:r>
      <w:proofErr w:type="spellStart"/>
      <w:r w:rsidRPr="0096640D">
        <w:rPr>
          <w:rFonts w:ascii="Calibri" w:hAnsi="Calibri" w:cs="Calibri"/>
        </w:rPr>
        <w:t>jsem</w:t>
      </w:r>
      <w:proofErr w:type="spellEnd"/>
      <w:r w:rsidRPr="0096640D">
        <w:rPr>
          <w:rFonts w:ascii="Calibri" w:hAnsi="Calibri" w:cs="Calibri"/>
        </w:rPr>
        <w:t xml:space="preserve"> </w:t>
      </w:r>
      <w:proofErr w:type="spellStart"/>
      <w:r w:rsidRPr="0096640D">
        <w:rPr>
          <w:rFonts w:ascii="Calibri" w:hAnsi="Calibri" w:cs="Calibri"/>
        </w:rPr>
        <w:t>komunikaci</w:t>
      </w:r>
      <w:proofErr w:type="spellEnd"/>
      <w:r w:rsidRPr="0096640D">
        <w:rPr>
          <w:rFonts w:ascii="Calibri" w:hAnsi="Calibri" w:cs="Calibri"/>
        </w:rPr>
        <w:t xml:space="preserve"> s pěti externími partnery </w:t>
      </w:r>
      <w:proofErr w:type="spellStart"/>
      <w:r w:rsidRPr="0096640D">
        <w:rPr>
          <w:rFonts w:ascii="Calibri" w:hAnsi="Calibri" w:cs="Calibri"/>
        </w:rPr>
        <w:t>při</w:t>
      </w:r>
      <w:proofErr w:type="spellEnd"/>
      <w:r w:rsidRPr="0096640D">
        <w:rPr>
          <w:rFonts w:ascii="Calibri" w:hAnsi="Calibri" w:cs="Calibri"/>
        </w:rPr>
        <w:t xml:space="preserve"> </w:t>
      </w:r>
      <w:proofErr w:type="spellStart"/>
      <w:r w:rsidRPr="0096640D">
        <w:rPr>
          <w:rFonts w:ascii="Calibri" w:hAnsi="Calibri" w:cs="Calibri"/>
        </w:rPr>
        <w:t>organizaci</w:t>
      </w:r>
      <w:proofErr w:type="spellEnd"/>
      <w:r w:rsidRPr="0096640D">
        <w:rPr>
          <w:rFonts w:ascii="Calibri" w:hAnsi="Calibri" w:cs="Calibri"/>
        </w:rPr>
        <w:t xml:space="preserve"> </w:t>
      </w:r>
      <w:proofErr w:type="spellStart"/>
      <w:r w:rsidRPr="0096640D">
        <w:rPr>
          <w:rFonts w:ascii="Calibri" w:hAnsi="Calibri" w:cs="Calibri"/>
        </w:rPr>
        <w:t>studentské</w:t>
      </w:r>
      <w:proofErr w:type="spellEnd"/>
      <w:r w:rsidRPr="0096640D">
        <w:rPr>
          <w:rFonts w:ascii="Calibri" w:hAnsi="Calibri" w:cs="Calibri"/>
        </w:rPr>
        <w:t xml:space="preserve"> </w:t>
      </w:r>
      <w:proofErr w:type="spellStart"/>
      <w:r w:rsidRPr="0096640D">
        <w:rPr>
          <w:rFonts w:ascii="Calibri" w:hAnsi="Calibri" w:cs="Calibri"/>
        </w:rPr>
        <w:t>akce</w:t>
      </w:r>
      <w:proofErr w:type="spellEnd"/>
      <w:r w:rsidRPr="0096640D">
        <w:rPr>
          <w:rFonts w:ascii="Calibri" w:hAnsi="Calibri" w:cs="Calibri"/>
        </w:rPr>
        <w:t>.</w:t>
      </w:r>
    </w:p>
    <w:p w14:paraId="01A13E77" w14:textId="28DD75A9" w:rsidR="0096640D" w:rsidRPr="0096640D" w:rsidRDefault="0096640D" w:rsidP="0096640D">
      <w:pPr>
        <w:pStyle w:val="Odstavecseseznamem"/>
        <w:numPr>
          <w:ilvl w:val="0"/>
          <w:numId w:val="10"/>
        </w:numPr>
        <w:spacing w:before="120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J</w:t>
      </w:r>
      <w:r w:rsidRPr="0096640D">
        <w:rPr>
          <w:rFonts w:ascii="Calibri" w:hAnsi="Calibri" w:cs="Calibri"/>
        </w:rPr>
        <w:t>sem</w:t>
      </w:r>
      <w:proofErr w:type="spellEnd"/>
      <w:r w:rsidRPr="0096640D">
        <w:rPr>
          <w:rFonts w:ascii="Calibri" w:hAnsi="Calibri" w:cs="Calibri"/>
        </w:rPr>
        <w:t xml:space="preserve"> </w:t>
      </w:r>
      <w:proofErr w:type="spellStart"/>
      <w:r w:rsidRPr="0096640D">
        <w:rPr>
          <w:rFonts w:ascii="Calibri" w:hAnsi="Calibri" w:cs="Calibri"/>
        </w:rPr>
        <w:t>týmový</w:t>
      </w:r>
      <w:proofErr w:type="spellEnd"/>
      <w:r w:rsidRPr="0096640D">
        <w:rPr>
          <w:rFonts w:ascii="Calibri" w:hAnsi="Calibri" w:cs="Calibri"/>
        </w:rPr>
        <w:t xml:space="preserve"> </w:t>
      </w:r>
      <w:proofErr w:type="spellStart"/>
      <w:r w:rsidRPr="0096640D">
        <w:rPr>
          <w:rFonts w:ascii="Calibri" w:hAnsi="Calibri" w:cs="Calibri"/>
        </w:rPr>
        <w:t>hráč</w:t>
      </w:r>
      <w:proofErr w:type="spellEnd"/>
      <w:r w:rsidRPr="0096640D">
        <w:rPr>
          <w:rFonts w:ascii="Calibri" w:hAnsi="Calibri" w:cs="Calibri"/>
        </w:rPr>
        <w:t>:</w:t>
      </w:r>
      <w:r>
        <w:rPr>
          <w:rFonts w:ascii="Calibri" w:hAnsi="Calibri" w:cs="Calibri"/>
        </w:rPr>
        <w:t xml:space="preserve"> </w:t>
      </w:r>
      <w:proofErr w:type="spellStart"/>
      <w:r w:rsidRPr="0096640D">
        <w:rPr>
          <w:rFonts w:ascii="Calibri" w:hAnsi="Calibri" w:cs="Calibri"/>
        </w:rPr>
        <w:t>Pracoval</w:t>
      </w:r>
      <w:proofErr w:type="spellEnd"/>
      <w:r w:rsidRPr="0096640D">
        <w:rPr>
          <w:rFonts w:ascii="Calibri" w:hAnsi="Calibri" w:cs="Calibri"/>
        </w:rPr>
        <w:t xml:space="preserve">/a </w:t>
      </w:r>
      <w:proofErr w:type="spellStart"/>
      <w:r w:rsidRPr="0096640D">
        <w:rPr>
          <w:rFonts w:ascii="Calibri" w:hAnsi="Calibri" w:cs="Calibri"/>
        </w:rPr>
        <w:t>jsem</w:t>
      </w:r>
      <w:proofErr w:type="spellEnd"/>
      <w:r w:rsidRPr="0096640D">
        <w:rPr>
          <w:rFonts w:ascii="Calibri" w:hAnsi="Calibri" w:cs="Calibri"/>
        </w:rPr>
        <w:t xml:space="preserve"> v </w:t>
      </w:r>
      <w:proofErr w:type="spellStart"/>
      <w:r w:rsidRPr="0096640D">
        <w:rPr>
          <w:rFonts w:ascii="Calibri" w:hAnsi="Calibri" w:cs="Calibri"/>
        </w:rPr>
        <w:t>pětičlenném</w:t>
      </w:r>
      <w:proofErr w:type="spellEnd"/>
      <w:r w:rsidRPr="0096640D">
        <w:rPr>
          <w:rFonts w:ascii="Calibri" w:hAnsi="Calibri" w:cs="Calibri"/>
        </w:rPr>
        <w:t xml:space="preserve"> týmu na semestrálním projektu, kde jsem měl/a na starosti rozdělení </w:t>
      </w:r>
      <w:proofErr w:type="spellStart"/>
      <w:r w:rsidRPr="0096640D">
        <w:rPr>
          <w:rFonts w:ascii="Calibri" w:hAnsi="Calibri" w:cs="Calibri"/>
        </w:rPr>
        <w:t>úkolů</w:t>
      </w:r>
      <w:proofErr w:type="spellEnd"/>
      <w:r w:rsidRPr="0096640D">
        <w:rPr>
          <w:rFonts w:ascii="Calibri" w:hAnsi="Calibri" w:cs="Calibri"/>
        </w:rPr>
        <w:t xml:space="preserve"> a </w:t>
      </w:r>
      <w:proofErr w:type="spellStart"/>
      <w:r w:rsidRPr="0096640D">
        <w:rPr>
          <w:rFonts w:ascii="Calibri" w:hAnsi="Calibri" w:cs="Calibri"/>
        </w:rPr>
        <w:t>kontrolu</w:t>
      </w:r>
      <w:proofErr w:type="spellEnd"/>
      <w:r w:rsidRPr="0096640D">
        <w:rPr>
          <w:rFonts w:ascii="Calibri" w:hAnsi="Calibri" w:cs="Calibri"/>
        </w:rPr>
        <w:t xml:space="preserve"> </w:t>
      </w:r>
      <w:proofErr w:type="spellStart"/>
      <w:r w:rsidRPr="0096640D">
        <w:rPr>
          <w:rFonts w:ascii="Calibri" w:hAnsi="Calibri" w:cs="Calibri"/>
        </w:rPr>
        <w:t>termínů</w:t>
      </w:r>
      <w:proofErr w:type="spellEnd"/>
      <w:r w:rsidRPr="0096640D">
        <w:rPr>
          <w:rFonts w:ascii="Calibri" w:hAnsi="Calibri" w:cs="Calibri"/>
        </w:rPr>
        <w:t>.</w:t>
      </w:r>
    </w:p>
    <w:p w14:paraId="7B1947D1" w14:textId="77777777" w:rsidR="00AE7891" w:rsidRPr="005D3138" w:rsidRDefault="00000000">
      <w:pPr>
        <w:pStyle w:val="Nadpis1"/>
        <w:rPr>
          <w:rFonts w:ascii="Calibri" w:hAnsi="Calibri" w:cs="Calibri"/>
          <w:color w:val="auto"/>
        </w:rPr>
      </w:pPr>
      <w:r w:rsidRPr="005D3138">
        <w:rPr>
          <w:rFonts w:ascii="Calibri" w:hAnsi="Calibri" w:cs="Calibri"/>
          <w:color w:val="auto"/>
        </w:rPr>
        <w:t>2. Aktivita: CO JE ŠPATNĚ?</w:t>
      </w:r>
    </w:p>
    <w:p w14:paraId="13E51FAE" w14:textId="77777777" w:rsidR="00AE7891" w:rsidRDefault="00000000">
      <w:pPr>
        <w:rPr>
          <w:rFonts w:ascii="Calibri" w:hAnsi="Calibri" w:cs="Calibri"/>
        </w:rPr>
      </w:pPr>
      <w:r w:rsidRPr="005D3138">
        <w:rPr>
          <w:rFonts w:ascii="Calibri" w:hAnsi="Calibri" w:cs="Calibri"/>
        </w:rPr>
        <w:t xml:space="preserve">Přečtěte si následující ukázku. Ve dvojici najděte alespoň </w:t>
      </w:r>
      <w:r w:rsidRPr="0096640D">
        <w:rPr>
          <w:rFonts w:ascii="Calibri" w:hAnsi="Calibri" w:cs="Calibri"/>
          <w:bCs/>
        </w:rPr>
        <w:t xml:space="preserve">8 problémů a </w:t>
      </w:r>
      <w:proofErr w:type="spellStart"/>
      <w:r w:rsidRPr="0096640D">
        <w:rPr>
          <w:rFonts w:ascii="Calibri" w:hAnsi="Calibri" w:cs="Calibri"/>
          <w:bCs/>
        </w:rPr>
        <w:t>navrhněte</w:t>
      </w:r>
      <w:proofErr w:type="spellEnd"/>
      <w:r w:rsidRPr="005D3138">
        <w:rPr>
          <w:rFonts w:ascii="Calibri" w:hAnsi="Calibri" w:cs="Calibri"/>
        </w:rPr>
        <w:t xml:space="preserve">, jak je </w:t>
      </w:r>
      <w:proofErr w:type="spellStart"/>
      <w:r w:rsidRPr="005D3138">
        <w:rPr>
          <w:rFonts w:ascii="Calibri" w:hAnsi="Calibri" w:cs="Calibri"/>
        </w:rPr>
        <w:t>opravit</w:t>
      </w:r>
      <w:proofErr w:type="spellEnd"/>
      <w:r w:rsidRPr="005D3138">
        <w:rPr>
          <w:rFonts w:ascii="Calibri" w:hAnsi="Calibri" w:cs="Calibri"/>
        </w:rPr>
        <w:t>.</w:t>
      </w:r>
    </w:p>
    <w:p w14:paraId="35E05ACE" w14:textId="77777777" w:rsidR="00031B3A" w:rsidRPr="005D3138" w:rsidRDefault="00031B3A">
      <w:pPr>
        <w:rPr>
          <w:rFonts w:ascii="Calibri" w:hAnsi="Calibri" w:cs="Calibri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10416"/>
      </w:tblGrid>
      <w:tr w:rsidR="005D3138" w:rsidRPr="005D3138" w14:paraId="2135B8F0" w14:textId="77777777">
        <w:trPr>
          <w:jc w:val="center"/>
        </w:trPr>
        <w:tc>
          <w:tcPr>
            <w:tcW w:w="10426" w:type="dxa"/>
            <w:shd w:val="clear" w:color="auto" w:fill="FFF2CC"/>
          </w:tcPr>
          <w:p w14:paraId="57FD0856" w14:textId="211B4474" w:rsidR="00AE7891" w:rsidRPr="005D3138" w:rsidRDefault="00000000">
            <w:pPr>
              <w:rPr>
                <w:rFonts w:ascii="Calibri" w:hAnsi="Calibri" w:cs="Calibri"/>
              </w:rPr>
            </w:pPr>
            <w:r w:rsidRPr="005D3138">
              <w:rPr>
                <w:rFonts w:ascii="Calibri" w:hAnsi="Calibri" w:cs="Calibri"/>
              </w:rPr>
              <w:t>JANA NOVÁKOVÁ</w:t>
            </w:r>
            <w:r w:rsidRPr="005D3138">
              <w:rPr>
                <w:rFonts w:ascii="Calibri" w:hAnsi="Calibri" w:cs="Calibri"/>
              </w:rPr>
              <w:br/>
            </w:r>
            <w:r w:rsidRPr="005D3138">
              <w:rPr>
                <w:rFonts w:ascii="Calibri" w:hAnsi="Calibri" w:cs="Calibri"/>
              </w:rPr>
              <w:br/>
              <w:t>E-mail: janicka1999@</w:t>
            </w:r>
            <w:r w:rsidR="005D3138">
              <w:rPr>
                <w:rFonts w:ascii="Calibri" w:hAnsi="Calibri" w:cs="Calibri"/>
              </w:rPr>
              <w:t>seznam.</w:t>
            </w:r>
            <w:r w:rsidRPr="005D3138">
              <w:rPr>
                <w:rFonts w:ascii="Calibri" w:hAnsi="Calibri" w:cs="Calibri"/>
              </w:rPr>
              <w:t xml:space="preserve">cz | </w:t>
            </w:r>
            <w:proofErr w:type="spellStart"/>
            <w:r w:rsidRPr="005D3138">
              <w:rPr>
                <w:rFonts w:ascii="Calibri" w:hAnsi="Calibri" w:cs="Calibri"/>
              </w:rPr>
              <w:t>Telefon</w:t>
            </w:r>
            <w:proofErr w:type="spellEnd"/>
            <w:r w:rsidRPr="005D3138">
              <w:rPr>
                <w:rFonts w:ascii="Calibri" w:hAnsi="Calibri" w:cs="Calibri"/>
              </w:rPr>
              <w:t>: 777 000 000</w:t>
            </w:r>
            <w:r w:rsidRPr="005D3138">
              <w:rPr>
                <w:rFonts w:ascii="Calibri" w:hAnsi="Calibri" w:cs="Calibri"/>
              </w:rPr>
              <w:br/>
            </w:r>
            <w:r w:rsidRPr="005D3138">
              <w:rPr>
                <w:rFonts w:ascii="Calibri" w:hAnsi="Calibri" w:cs="Calibri"/>
              </w:rPr>
              <w:br/>
              <w:t>O mně: Jsem milá, komunikativní, flexibilní, pracovitá a týmový hráč. Hledám nějakou zajímavou práci, kde bych se mohla rozvíjet.</w:t>
            </w:r>
            <w:r w:rsidRPr="005D3138">
              <w:rPr>
                <w:rFonts w:ascii="Calibri" w:hAnsi="Calibri" w:cs="Calibri"/>
              </w:rPr>
              <w:br/>
            </w:r>
            <w:r w:rsidRPr="005D3138">
              <w:rPr>
                <w:rFonts w:ascii="Calibri" w:hAnsi="Calibri" w:cs="Calibri"/>
              </w:rPr>
              <w:br/>
              <w:t>Praxe:</w:t>
            </w:r>
            <w:r w:rsidRPr="005D3138">
              <w:rPr>
                <w:rFonts w:ascii="Calibri" w:hAnsi="Calibri" w:cs="Calibri"/>
              </w:rPr>
              <w:br/>
              <w:t>2019 – brigáda v kavárně</w:t>
            </w:r>
            <w:r w:rsidRPr="005D3138">
              <w:rPr>
                <w:rFonts w:ascii="Calibri" w:hAnsi="Calibri" w:cs="Calibri"/>
              </w:rPr>
              <w:br/>
              <w:t>2024 – pomoc na školní akci</w:t>
            </w:r>
            <w:r w:rsidRPr="005D3138">
              <w:rPr>
                <w:rFonts w:ascii="Calibri" w:hAnsi="Calibri" w:cs="Calibri"/>
              </w:rPr>
              <w:br/>
              <w:t>2022 – roznos letáků</w:t>
            </w:r>
            <w:r w:rsidRPr="005D3138">
              <w:rPr>
                <w:rFonts w:ascii="Calibri" w:hAnsi="Calibri" w:cs="Calibri"/>
              </w:rPr>
              <w:br/>
            </w:r>
            <w:r w:rsidRPr="005D3138">
              <w:rPr>
                <w:rFonts w:ascii="Calibri" w:hAnsi="Calibri" w:cs="Calibri"/>
              </w:rPr>
              <w:lastRenderedPageBreak/>
              <w:t>2025 – marketingová stáž: dělala jsem sociální sítě a různé věci</w:t>
            </w:r>
            <w:r w:rsidRPr="005D3138">
              <w:rPr>
                <w:rFonts w:ascii="Calibri" w:hAnsi="Calibri" w:cs="Calibri"/>
              </w:rPr>
              <w:br/>
            </w:r>
            <w:r w:rsidRPr="005D3138">
              <w:rPr>
                <w:rFonts w:ascii="Calibri" w:hAnsi="Calibri" w:cs="Calibri"/>
              </w:rPr>
              <w:br/>
              <w:t>Vzdělání: UTB Zlín</w:t>
            </w:r>
            <w:r w:rsidRPr="005D3138">
              <w:rPr>
                <w:rFonts w:ascii="Calibri" w:hAnsi="Calibri" w:cs="Calibri"/>
              </w:rPr>
              <w:br/>
            </w:r>
            <w:r w:rsidRPr="005D3138">
              <w:rPr>
                <w:rFonts w:ascii="Calibri" w:hAnsi="Calibri" w:cs="Calibri"/>
              </w:rPr>
              <w:br/>
              <w:t>Dovednosti: Word, internet, Instagram, komunikace, práce v týmu, kreativita, spolehlivost, flexibilita, time management, leadership, AI</w:t>
            </w:r>
            <w:r w:rsidRPr="005D3138">
              <w:rPr>
                <w:rFonts w:ascii="Calibri" w:hAnsi="Calibri" w:cs="Calibri"/>
              </w:rPr>
              <w:br/>
            </w:r>
            <w:r w:rsidRPr="005D3138">
              <w:rPr>
                <w:rFonts w:ascii="Calibri" w:hAnsi="Calibri" w:cs="Calibri"/>
              </w:rPr>
              <w:br/>
              <w:t>Zájmy: seriály, kamarádi, cestování, spánek</w:t>
            </w:r>
          </w:p>
        </w:tc>
      </w:tr>
    </w:tbl>
    <w:p w14:paraId="4A1CA96E" w14:textId="77777777" w:rsidR="005D3138" w:rsidRDefault="005D3138">
      <w:pPr>
        <w:rPr>
          <w:rFonts w:ascii="Calibri" w:hAnsi="Calibri" w:cs="Calibri"/>
          <w:b/>
        </w:rPr>
      </w:pPr>
    </w:p>
    <w:p w14:paraId="2504A608" w14:textId="2E1DD90E" w:rsidR="00AE7891" w:rsidRPr="0096640D" w:rsidRDefault="00000000">
      <w:pPr>
        <w:rPr>
          <w:rFonts w:ascii="Calibri" w:hAnsi="Calibri" w:cs="Calibri"/>
          <w:bCs/>
        </w:rPr>
      </w:pPr>
      <w:r w:rsidRPr="0096640D">
        <w:rPr>
          <w:rFonts w:ascii="Calibri" w:hAnsi="Calibri" w:cs="Calibri"/>
          <w:bCs/>
        </w:rPr>
        <w:t>Co je špatně?</w:t>
      </w:r>
    </w:p>
    <w:p w14:paraId="3E624863" w14:textId="77777777" w:rsidR="00AE7891" w:rsidRPr="0096640D" w:rsidRDefault="00000000">
      <w:pPr>
        <w:rPr>
          <w:rFonts w:ascii="Calibri" w:hAnsi="Calibri" w:cs="Calibri"/>
          <w:bCs/>
        </w:rPr>
      </w:pPr>
      <w:r w:rsidRPr="0096640D">
        <w:rPr>
          <w:rFonts w:ascii="Calibri" w:hAnsi="Calibri" w:cs="Calibri"/>
          <w:bCs/>
        </w:rPr>
        <w:t>....................................................................................................................</w:t>
      </w:r>
    </w:p>
    <w:p w14:paraId="5B7FE2BE" w14:textId="77777777" w:rsidR="00AE7891" w:rsidRPr="0096640D" w:rsidRDefault="00000000">
      <w:pPr>
        <w:rPr>
          <w:rFonts w:ascii="Calibri" w:hAnsi="Calibri" w:cs="Calibri"/>
          <w:bCs/>
        </w:rPr>
      </w:pPr>
      <w:r w:rsidRPr="0096640D">
        <w:rPr>
          <w:rFonts w:ascii="Calibri" w:hAnsi="Calibri" w:cs="Calibri"/>
          <w:bCs/>
        </w:rPr>
        <w:t>....................................................................................................................</w:t>
      </w:r>
    </w:p>
    <w:p w14:paraId="542A78A0" w14:textId="77777777" w:rsidR="00AE7891" w:rsidRPr="0096640D" w:rsidRDefault="00000000">
      <w:pPr>
        <w:rPr>
          <w:rFonts w:ascii="Calibri" w:hAnsi="Calibri" w:cs="Calibri"/>
          <w:bCs/>
        </w:rPr>
      </w:pPr>
      <w:r w:rsidRPr="0096640D">
        <w:rPr>
          <w:rFonts w:ascii="Calibri" w:hAnsi="Calibri" w:cs="Calibri"/>
          <w:bCs/>
        </w:rPr>
        <w:t>....................................................................................................................</w:t>
      </w:r>
    </w:p>
    <w:p w14:paraId="5AE855EF" w14:textId="77777777" w:rsidR="0096640D" w:rsidRDefault="0096640D">
      <w:pPr>
        <w:rPr>
          <w:rFonts w:ascii="Calibri" w:hAnsi="Calibri" w:cs="Calibri"/>
          <w:bCs/>
        </w:rPr>
      </w:pPr>
    </w:p>
    <w:p w14:paraId="7C6277A6" w14:textId="29C3E301" w:rsidR="00AE7891" w:rsidRPr="0096640D" w:rsidRDefault="00000000">
      <w:pPr>
        <w:rPr>
          <w:rFonts w:ascii="Calibri" w:hAnsi="Calibri" w:cs="Calibri"/>
          <w:bCs/>
        </w:rPr>
      </w:pPr>
      <w:proofErr w:type="spellStart"/>
      <w:r w:rsidRPr="0096640D">
        <w:rPr>
          <w:rFonts w:ascii="Calibri" w:hAnsi="Calibri" w:cs="Calibri"/>
          <w:bCs/>
        </w:rPr>
        <w:t>Které</w:t>
      </w:r>
      <w:proofErr w:type="spellEnd"/>
      <w:r w:rsidRPr="0096640D">
        <w:rPr>
          <w:rFonts w:ascii="Calibri" w:hAnsi="Calibri" w:cs="Calibri"/>
          <w:bCs/>
        </w:rPr>
        <w:t xml:space="preserve"> 3 </w:t>
      </w:r>
      <w:proofErr w:type="spellStart"/>
      <w:r w:rsidRPr="0096640D">
        <w:rPr>
          <w:rFonts w:ascii="Calibri" w:hAnsi="Calibri" w:cs="Calibri"/>
          <w:bCs/>
        </w:rPr>
        <w:t>změny</w:t>
      </w:r>
      <w:proofErr w:type="spellEnd"/>
      <w:r w:rsidRPr="0096640D">
        <w:rPr>
          <w:rFonts w:ascii="Calibri" w:hAnsi="Calibri" w:cs="Calibri"/>
          <w:bCs/>
        </w:rPr>
        <w:t xml:space="preserve"> by </w:t>
      </w:r>
      <w:proofErr w:type="spellStart"/>
      <w:r w:rsidRPr="0096640D">
        <w:rPr>
          <w:rFonts w:ascii="Calibri" w:hAnsi="Calibri" w:cs="Calibri"/>
          <w:bCs/>
        </w:rPr>
        <w:t>měly</w:t>
      </w:r>
      <w:proofErr w:type="spellEnd"/>
      <w:r w:rsidRPr="0096640D">
        <w:rPr>
          <w:rFonts w:ascii="Calibri" w:hAnsi="Calibri" w:cs="Calibri"/>
          <w:bCs/>
        </w:rPr>
        <w:t xml:space="preserve"> největší dopad?</w:t>
      </w:r>
    </w:p>
    <w:p w14:paraId="6895203A" w14:textId="77777777" w:rsidR="00AE7891" w:rsidRPr="0096640D" w:rsidRDefault="00000000">
      <w:pPr>
        <w:rPr>
          <w:rFonts w:ascii="Calibri" w:hAnsi="Calibri" w:cs="Calibri"/>
          <w:bCs/>
        </w:rPr>
      </w:pPr>
      <w:r w:rsidRPr="0096640D">
        <w:rPr>
          <w:rFonts w:ascii="Calibri" w:hAnsi="Calibri" w:cs="Calibri"/>
          <w:bCs/>
        </w:rPr>
        <w:t>....................................................................................................................</w:t>
      </w:r>
    </w:p>
    <w:p w14:paraId="3C0233E7" w14:textId="77777777" w:rsidR="00AE7891" w:rsidRPr="0096640D" w:rsidRDefault="00000000">
      <w:pPr>
        <w:rPr>
          <w:rFonts w:ascii="Calibri" w:hAnsi="Calibri" w:cs="Calibri"/>
          <w:bCs/>
        </w:rPr>
      </w:pPr>
      <w:r w:rsidRPr="0096640D">
        <w:rPr>
          <w:rFonts w:ascii="Calibri" w:hAnsi="Calibri" w:cs="Calibri"/>
          <w:bCs/>
        </w:rPr>
        <w:t>....................................................................................................................</w:t>
      </w:r>
    </w:p>
    <w:p w14:paraId="3B8DEECC" w14:textId="489CB568" w:rsidR="00AE7891" w:rsidRPr="005D3138" w:rsidRDefault="00000000">
      <w:pPr>
        <w:pStyle w:val="Nadpis1"/>
        <w:rPr>
          <w:rFonts w:ascii="Calibri" w:hAnsi="Calibri" w:cs="Calibri"/>
          <w:color w:val="auto"/>
        </w:rPr>
      </w:pPr>
      <w:r w:rsidRPr="005D3138">
        <w:rPr>
          <w:rFonts w:ascii="Calibri" w:hAnsi="Calibri" w:cs="Calibri"/>
          <w:color w:val="auto"/>
        </w:rPr>
        <w:t>3. CV klinika ve dvojicích</w:t>
      </w:r>
    </w:p>
    <w:p w14:paraId="4F0EE5B2" w14:textId="77777777" w:rsidR="00AE7891" w:rsidRPr="005D3138" w:rsidRDefault="00000000">
      <w:pPr>
        <w:rPr>
          <w:rFonts w:ascii="Calibri" w:hAnsi="Calibri" w:cs="Calibri"/>
        </w:rPr>
      </w:pPr>
      <w:r w:rsidRPr="005D3138">
        <w:rPr>
          <w:rFonts w:ascii="Calibri" w:hAnsi="Calibri" w:cs="Calibri"/>
        </w:rPr>
        <w:t>Vyměňte si CV (nebo jeho pracovní verzi) a ohodnoťte jej podle následujících kritérií. Neřešte pouze vzhled – soustřeďte se hlavně na sdělení.</w:t>
      </w:r>
    </w:p>
    <w:p w14:paraId="098EB27D" w14:textId="77777777" w:rsidR="00AE7891" w:rsidRPr="005D3138" w:rsidRDefault="00000000">
      <w:pPr>
        <w:ind w:left="227"/>
        <w:rPr>
          <w:rFonts w:ascii="Calibri" w:hAnsi="Calibri" w:cs="Calibri"/>
        </w:rPr>
      </w:pPr>
      <w:r w:rsidRPr="005D3138">
        <w:rPr>
          <w:rFonts w:ascii="Segoe UI Symbol" w:hAnsi="Segoe UI Symbol" w:cs="Segoe UI Symbol"/>
        </w:rPr>
        <w:t>☐</w:t>
      </w:r>
      <w:r w:rsidRPr="005D3138">
        <w:rPr>
          <w:rFonts w:ascii="Calibri" w:hAnsi="Calibri" w:cs="Calibri"/>
        </w:rPr>
        <w:t xml:space="preserve">  ANO   </w:t>
      </w:r>
      <w:r w:rsidRPr="005D3138">
        <w:rPr>
          <w:rFonts w:ascii="Segoe UI Symbol" w:hAnsi="Segoe UI Symbol" w:cs="Segoe UI Symbol"/>
        </w:rPr>
        <w:t>☐</w:t>
      </w:r>
      <w:r w:rsidRPr="005D3138">
        <w:rPr>
          <w:rFonts w:ascii="Calibri" w:hAnsi="Calibri" w:cs="Calibri"/>
        </w:rPr>
        <w:t xml:space="preserve">  ČÁSTEČNĚ   </w:t>
      </w:r>
      <w:r w:rsidRPr="005D3138">
        <w:rPr>
          <w:rFonts w:ascii="Segoe UI Symbol" w:hAnsi="Segoe UI Symbol" w:cs="Segoe UI Symbol"/>
        </w:rPr>
        <w:t>☐</w:t>
      </w:r>
      <w:r w:rsidRPr="005D3138">
        <w:rPr>
          <w:rFonts w:ascii="Calibri" w:hAnsi="Calibri" w:cs="Calibri"/>
        </w:rPr>
        <w:t xml:space="preserve">  NE   Do 10 sekund poznám, o koho jde a co hledá.</w:t>
      </w:r>
    </w:p>
    <w:p w14:paraId="42620A33" w14:textId="77777777" w:rsidR="00AE7891" w:rsidRPr="005D3138" w:rsidRDefault="00000000">
      <w:pPr>
        <w:ind w:left="227"/>
        <w:rPr>
          <w:rFonts w:ascii="Calibri" w:hAnsi="Calibri" w:cs="Calibri"/>
        </w:rPr>
      </w:pPr>
      <w:r w:rsidRPr="005D3138">
        <w:rPr>
          <w:rFonts w:ascii="Segoe UI Symbol" w:hAnsi="Segoe UI Symbol" w:cs="Segoe UI Symbol"/>
        </w:rPr>
        <w:t>☐</w:t>
      </w:r>
      <w:r w:rsidRPr="005D3138">
        <w:rPr>
          <w:rFonts w:ascii="Calibri" w:hAnsi="Calibri" w:cs="Calibri"/>
        </w:rPr>
        <w:t xml:space="preserve">  ANO   </w:t>
      </w:r>
      <w:r w:rsidRPr="005D3138">
        <w:rPr>
          <w:rFonts w:ascii="Segoe UI Symbol" w:hAnsi="Segoe UI Symbol" w:cs="Segoe UI Symbol"/>
        </w:rPr>
        <w:t>☐</w:t>
      </w:r>
      <w:r w:rsidRPr="005D3138">
        <w:rPr>
          <w:rFonts w:ascii="Calibri" w:hAnsi="Calibri" w:cs="Calibri"/>
        </w:rPr>
        <w:t xml:space="preserve">  ČÁSTEČNĚ   </w:t>
      </w:r>
      <w:r w:rsidRPr="005D3138">
        <w:rPr>
          <w:rFonts w:ascii="Segoe UI Symbol" w:hAnsi="Segoe UI Symbol" w:cs="Segoe UI Symbol"/>
        </w:rPr>
        <w:t>☐</w:t>
      </w:r>
      <w:r w:rsidRPr="005D3138">
        <w:rPr>
          <w:rFonts w:ascii="Calibri" w:hAnsi="Calibri" w:cs="Calibri"/>
        </w:rPr>
        <w:t xml:space="preserve">  NE   Nejdůležitější informace jsou nahoře.</w:t>
      </w:r>
    </w:p>
    <w:p w14:paraId="462E277C" w14:textId="77777777" w:rsidR="00AE7891" w:rsidRPr="005D3138" w:rsidRDefault="00000000">
      <w:pPr>
        <w:ind w:left="227"/>
        <w:rPr>
          <w:rFonts w:ascii="Calibri" w:hAnsi="Calibri" w:cs="Calibri"/>
        </w:rPr>
      </w:pPr>
      <w:r w:rsidRPr="005D3138">
        <w:rPr>
          <w:rFonts w:ascii="Segoe UI Symbol" w:hAnsi="Segoe UI Symbol" w:cs="Segoe UI Symbol"/>
        </w:rPr>
        <w:t>☐</w:t>
      </w:r>
      <w:r w:rsidRPr="005D3138">
        <w:rPr>
          <w:rFonts w:ascii="Calibri" w:hAnsi="Calibri" w:cs="Calibri"/>
        </w:rPr>
        <w:t xml:space="preserve">  ANO   </w:t>
      </w:r>
      <w:r w:rsidRPr="005D3138">
        <w:rPr>
          <w:rFonts w:ascii="Segoe UI Symbol" w:hAnsi="Segoe UI Symbol" w:cs="Segoe UI Symbol"/>
        </w:rPr>
        <w:t>☐</w:t>
      </w:r>
      <w:r w:rsidRPr="005D3138">
        <w:rPr>
          <w:rFonts w:ascii="Calibri" w:hAnsi="Calibri" w:cs="Calibri"/>
        </w:rPr>
        <w:t xml:space="preserve">  ČÁSTEČNĚ   </w:t>
      </w:r>
      <w:r w:rsidRPr="005D3138">
        <w:rPr>
          <w:rFonts w:ascii="Segoe UI Symbol" w:hAnsi="Segoe UI Symbol" w:cs="Segoe UI Symbol"/>
        </w:rPr>
        <w:t>☐</w:t>
      </w:r>
      <w:r w:rsidRPr="005D3138">
        <w:rPr>
          <w:rFonts w:ascii="Calibri" w:hAnsi="Calibri" w:cs="Calibri"/>
        </w:rPr>
        <w:t xml:space="preserve">  NE   Zkušenosti jsou popsané konkrétně, ne obecnými frázemi.</w:t>
      </w:r>
    </w:p>
    <w:p w14:paraId="73AD9B88" w14:textId="77777777" w:rsidR="00AE7891" w:rsidRPr="005D3138" w:rsidRDefault="00000000">
      <w:pPr>
        <w:ind w:left="227"/>
        <w:rPr>
          <w:rFonts w:ascii="Calibri" w:hAnsi="Calibri" w:cs="Calibri"/>
        </w:rPr>
      </w:pPr>
      <w:r w:rsidRPr="005D3138">
        <w:rPr>
          <w:rFonts w:ascii="Segoe UI Symbol" w:hAnsi="Segoe UI Symbol" w:cs="Segoe UI Symbol"/>
        </w:rPr>
        <w:t>☐</w:t>
      </w:r>
      <w:r w:rsidRPr="005D3138">
        <w:rPr>
          <w:rFonts w:ascii="Calibri" w:hAnsi="Calibri" w:cs="Calibri"/>
        </w:rPr>
        <w:t xml:space="preserve">  ANO   </w:t>
      </w:r>
      <w:r w:rsidRPr="005D3138">
        <w:rPr>
          <w:rFonts w:ascii="Segoe UI Symbol" w:hAnsi="Segoe UI Symbol" w:cs="Segoe UI Symbol"/>
        </w:rPr>
        <w:t>☐</w:t>
      </w:r>
      <w:r w:rsidRPr="005D3138">
        <w:rPr>
          <w:rFonts w:ascii="Calibri" w:hAnsi="Calibri" w:cs="Calibri"/>
        </w:rPr>
        <w:t xml:space="preserve">  ČÁSTEČNĚ   </w:t>
      </w:r>
      <w:r w:rsidRPr="005D3138">
        <w:rPr>
          <w:rFonts w:ascii="Segoe UI Symbol" w:hAnsi="Segoe UI Symbol" w:cs="Segoe UI Symbol"/>
        </w:rPr>
        <w:t>☐</w:t>
      </w:r>
      <w:r w:rsidRPr="005D3138">
        <w:rPr>
          <w:rFonts w:ascii="Calibri" w:hAnsi="Calibri" w:cs="Calibri"/>
        </w:rPr>
        <w:t xml:space="preserve">  NE   Informace odpovídají cílové pozici.</w:t>
      </w:r>
    </w:p>
    <w:p w14:paraId="6634A84A" w14:textId="77777777" w:rsidR="00AE7891" w:rsidRPr="005D3138" w:rsidRDefault="00000000">
      <w:pPr>
        <w:ind w:left="227"/>
        <w:rPr>
          <w:rFonts w:ascii="Calibri" w:hAnsi="Calibri" w:cs="Calibri"/>
        </w:rPr>
      </w:pPr>
      <w:r w:rsidRPr="005D3138">
        <w:rPr>
          <w:rFonts w:ascii="Segoe UI Symbol" w:hAnsi="Segoe UI Symbol" w:cs="Segoe UI Symbol"/>
        </w:rPr>
        <w:t>☐</w:t>
      </w:r>
      <w:r w:rsidRPr="005D3138">
        <w:rPr>
          <w:rFonts w:ascii="Calibri" w:hAnsi="Calibri" w:cs="Calibri"/>
        </w:rPr>
        <w:t xml:space="preserve">  ANO   </w:t>
      </w:r>
      <w:r w:rsidRPr="005D3138">
        <w:rPr>
          <w:rFonts w:ascii="Segoe UI Symbol" w:hAnsi="Segoe UI Symbol" w:cs="Segoe UI Symbol"/>
        </w:rPr>
        <w:t>☐</w:t>
      </w:r>
      <w:r w:rsidRPr="005D3138">
        <w:rPr>
          <w:rFonts w:ascii="Calibri" w:hAnsi="Calibri" w:cs="Calibri"/>
        </w:rPr>
        <w:t xml:space="preserve">  ČÁSTEČNĚ   </w:t>
      </w:r>
      <w:r w:rsidRPr="005D3138">
        <w:rPr>
          <w:rFonts w:ascii="Segoe UI Symbol" w:hAnsi="Segoe UI Symbol" w:cs="Segoe UI Symbol"/>
        </w:rPr>
        <w:t>☐</w:t>
      </w:r>
      <w:r w:rsidRPr="005D3138">
        <w:rPr>
          <w:rFonts w:ascii="Calibri" w:hAnsi="Calibri" w:cs="Calibri"/>
        </w:rPr>
        <w:t xml:space="preserve">  NE   Struktura je přehledná a jednotná.</w:t>
      </w:r>
    </w:p>
    <w:p w14:paraId="0D2910B4" w14:textId="77777777" w:rsidR="00AE7891" w:rsidRPr="005D3138" w:rsidRDefault="00000000">
      <w:pPr>
        <w:ind w:left="227"/>
        <w:rPr>
          <w:rFonts w:ascii="Calibri" w:hAnsi="Calibri" w:cs="Calibri"/>
        </w:rPr>
      </w:pPr>
      <w:r w:rsidRPr="005D3138">
        <w:rPr>
          <w:rFonts w:ascii="Segoe UI Symbol" w:hAnsi="Segoe UI Symbol" w:cs="Segoe UI Symbol"/>
        </w:rPr>
        <w:t>☐</w:t>
      </w:r>
      <w:r w:rsidRPr="005D3138">
        <w:rPr>
          <w:rFonts w:ascii="Calibri" w:hAnsi="Calibri" w:cs="Calibri"/>
        </w:rPr>
        <w:t xml:space="preserve">  ANO   </w:t>
      </w:r>
      <w:r w:rsidRPr="005D3138">
        <w:rPr>
          <w:rFonts w:ascii="Segoe UI Symbol" w:hAnsi="Segoe UI Symbol" w:cs="Segoe UI Symbol"/>
        </w:rPr>
        <w:t>☐</w:t>
      </w:r>
      <w:r w:rsidRPr="005D3138">
        <w:rPr>
          <w:rFonts w:ascii="Calibri" w:hAnsi="Calibri" w:cs="Calibri"/>
        </w:rPr>
        <w:t xml:space="preserve">  ČÁSTEČNĚ   </w:t>
      </w:r>
      <w:r w:rsidRPr="005D3138">
        <w:rPr>
          <w:rFonts w:ascii="Segoe UI Symbol" w:hAnsi="Segoe UI Symbol" w:cs="Segoe UI Symbol"/>
        </w:rPr>
        <w:t>☐</w:t>
      </w:r>
      <w:r w:rsidRPr="005D3138">
        <w:rPr>
          <w:rFonts w:ascii="Calibri" w:hAnsi="Calibri" w:cs="Calibri"/>
        </w:rPr>
        <w:t xml:space="preserve">  NE   Nevidím zbytečné nebo příliš osobní údaje.</w:t>
      </w:r>
    </w:p>
    <w:p w14:paraId="7B72797E" w14:textId="77777777" w:rsidR="00AE7891" w:rsidRPr="005D3138" w:rsidRDefault="00000000">
      <w:pPr>
        <w:ind w:left="227"/>
        <w:rPr>
          <w:rFonts w:ascii="Calibri" w:hAnsi="Calibri" w:cs="Calibri"/>
        </w:rPr>
      </w:pPr>
      <w:r w:rsidRPr="005D3138">
        <w:rPr>
          <w:rFonts w:ascii="Segoe UI Symbol" w:hAnsi="Segoe UI Symbol" w:cs="Segoe UI Symbol"/>
        </w:rPr>
        <w:t>☐</w:t>
      </w:r>
      <w:r w:rsidRPr="005D3138">
        <w:rPr>
          <w:rFonts w:ascii="Calibri" w:hAnsi="Calibri" w:cs="Calibri"/>
        </w:rPr>
        <w:t xml:space="preserve">  ANO   </w:t>
      </w:r>
      <w:r w:rsidRPr="005D3138">
        <w:rPr>
          <w:rFonts w:ascii="Segoe UI Symbol" w:hAnsi="Segoe UI Symbol" w:cs="Segoe UI Symbol"/>
        </w:rPr>
        <w:t>☐</w:t>
      </w:r>
      <w:r w:rsidRPr="005D3138">
        <w:rPr>
          <w:rFonts w:ascii="Calibri" w:hAnsi="Calibri" w:cs="Calibri"/>
        </w:rPr>
        <w:t xml:space="preserve">  ČÁSTEČNĚ   </w:t>
      </w:r>
      <w:r w:rsidRPr="005D3138">
        <w:rPr>
          <w:rFonts w:ascii="Segoe UI Symbol" w:hAnsi="Segoe UI Symbol" w:cs="Segoe UI Symbol"/>
        </w:rPr>
        <w:t>☐</w:t>
      </w:r>
      <w:r w:rsidRPr="005D3138">
        <w:rPr>
          <w:rFonts w:ascii="Calibri" w:hAnsi="Calibri" w:cs="Calibri"/>
        </w:rPr>
        <w:t xml:space="preserve">  NE   Nejsou zde jazykové chyby, překlepy nebo neprofesionální formulace.</w:t>
      </w:r>
    </w:p>
    <w:p w14:paraId="0807E140" w14:textId="77777777" w:rsidR="0096640D" w:rsidRDefault="0096640D">
      <w:pPr>
        <w:rPr>
          <w:rFonts w:ascii="Calibri" w:hAnsi="Calibri" w:cs="Calibri"/>
          <w:b/>
        </w:rPr>
      </w:pPr>
    </w:p>
    <w:p w14:paraId="71ABC823" w14:textId="1E3590FC" w:rsidR="00AE7891" w:rsidRPr="005D3138" w:rsidRDefault="00000000">
      <w:pPr>
        <w:rPr>
          <w:rFonts w:ascii="Calibri" w:hAnsi="Calibri" w:cs="Calibri"/>
        </w:rPr>
      </w:pPr>
      <w:proofErr w:type="spellStart"/>
      <w:r w:rsidRPr="005D3138">
        <w:rPr>
          <w:rFonts w:ascii="Calibri" w:hAnsi="Calibri" w:cs="Calibri"/>
          <w:b/>
        </w:rPr>
        <w:t>Jedna</w:t>
      </w:r>
      <w:proofErr w:type="spellEnd"/>
      <w:r w:rsidRPr="005D3138">
        <w:rPr>
          <w:rFonts w:ascii="Calibri" w:hAnsi="Calibri" w:cs="Calibri"/>
          <w:b/>
        </w:rPr>
        <w:t xml:space="preserve"> </w:t>
      </w:r>
      <w:proofErr w:type="spellStart"/>
      <w:r w:rsidRPr="005D3138">
        <w:rPr>
          <w:rFonts w:ascii="Calibri" w:hAnsi="Calibri" w:cs="Calibri"/>
          <w:b/>
        </w:rPr>
        <w:t>věc</w:t>
      </w:r>
      <w:proofErr w:type="spellEnd"/>
      <w:r w:rsidRPr="005D3138">
        <w:rPr>
          <w:rFonts w:ascii="Calibri" w:hAnsi="Calibri" w:cs="Calibri"/>
          <w:b/>
        </w:rPr>
        <w:t xml:space="preserve">, </w:t>
      </w:r>
      <w:proofErr w:type="spellStart"/>
      <w:r w:rsidRPr="005D3138">
        <w:rPr>
          <w:rFonts w:ascii="Calibri" w:hAnsi="Calibri" w:cs="Calibri"/>
          <w:b/>
        </w:rPr>
        <w:t>kterou</w:t>
      </w:r>
      <w:proofErr w:type="spellEnd"/>
      <w:r w:rsidRPr="005D3138">
        <w:rPr>
          <w:rFonts w:ascii="Calibri" w:hAnsi="Calibri" w:cs="Calibri"/>
          <w:b/>
        </w:rPr>
        <w:t xml:space="preserve"> </w:t>
      </w:r>
      <w:proofErr w:type="spellStart"/>
      <w:r w:rsidRPr="005D3138">
        <w:rPr>
          <w:rFonts w:ascii="Calibri" w:hAnsi="Calibri" w:cs="Calibri"/>
          <w:b/>
        </w:rPr>
        <w:t>bych</w:t>
      </w:r>
      <w:proofErr w:type="spellEnd"/>
      <w:r w:rsidRPr="005D3138">
        <w:rPr>
          <w:rFonts w:ascii="Calibri" w:hAnsi="Calibri" w:cs="Calibri"/>
          <w:b/>
        </w:rPr>
        <w:t xml:space="preserve"> </w:t>
      </w:r>
      <w:proofErr w:type="spellStart"/>
      <w:r w:rsidRPr="005D3138">
        <w:rPr>
          <w:rFonts w:ascii="Calibri" w:hAnsi="Calibri" w:cs="Calibri"/>
          <w:b/>
        </w:rPr>
        <w:t>určitě</w:t>
      </w:r>
      <w:proofErr w:type="spellEnd"/>
      <w:r w:rsidRPr="005D3138">
        <w:rPr>
          <w:rFonts w:ascii="Calibri" w:hAnsi="Calibri" w:cs="Calibri"/>
          <w:b/>
        </w:rPr>
        <w:t xml:space="preserve"> upravil/a:</w:t>
      </w:r>
    </w:p>
    <w:p w14:paraId="6629E02C" w14:textId="77777777" w:rsidR="00AE7891" w:rsidRPr="005D3138" w:rsidRDefault="00000000">
      <w:pPr>
        <w:rPr>
          <w:rFonts w:ascii="Calibri" w:hAnsi="Calibri" w:cs="Calibri"/>
        </w:rPr>
      </w:pPr>
      <w:r w:rsidRPr="005D3138">
        <w:rPr>
          <w:rFonts w:ascii="Calibri" w:hAnsi="Calibri" w:cs="Calibri"/>
        </w:rPr>
        <w:t>....................................................................................................................</w:t>
      </w:r>
    </w:p>
    <w:p w14:paraId="6F89E2C1" w14:textId="77777777" w:rsidR="00AE7891" w:rsidRPr="005D3138" w:rsidRDefault="00000000">
      <w:pPr>
        <w:rPr>
          <w:rFonts w:ascii="Calibri" w:hAnsi="Calibri" w:cs="Calibri"/>
        </w:rPr>
      </w:pPr>
      <w:r w:rsidRPr="005D3138">
        <w:rPr>
          <w:rFonts w:ascii="Calibri" w:hAnsi="Calibri" w:cs="Calibri"/>
        </w:rPr>
        <w:t>....................................................................................................................</w:t>
      </w:r>
    </w:p>
    <w:p w14:paraId="17CD0019" w14:textId="77777777" w:rsidR="00AE7891" w:rsidRDefault="00000000">
      <w:pPr>
        <w:pStyle w:val="Nadpis1"/>
        <w:rPr>
          <w:rFonts w:ascii="Calibri" w:hAnsi="Calibri" w:cs="Calibri"/>
          <w:color w:val="auto"/>
        </w:rPr>
      </w:pPr>
      <w:r w:rsidRPr="005D3138">
        <w:rPr>
          <w:rFonts w:ascii="Calibri" w:hAnsi="Calibri" w:cs="Calibri"/>
          <w:color w:val="auto"/>
        </w:rPr>
        <w:t xml:space="preserve">4. LinkedIn: profil </w:t>
      </w:r>
      <w:proofErr w:type="spellStart"/>
      <w:r w:rsidRPr="005D3138">
        <w:rPr>
          <w:rFonts w:ascii="Calibri" w:hAnsi="Calibri" w:cs="Calibri"/>
          <w:color w:val="auto"/>
        </w:rPr>
        <w:t>není</w:t>
      </w:r>
      <w:proofErr w:type="spellEnd"/>
      <w:r w:rsidRPr="005D3138">
        <w:rPr>
          <w:rFonts w:ascii="Calibri" w:hAnsi="Calibri" w:cs="Calibri"/>
          <w:color w:val="auto"/>
        </w:rPr>
        <w:t xml:space="preserve"> online </w:t>
      </w:r>
      <w:proofErr w:type="spellStart"/>
      <w:r w:rsidRPr="005D3138">
        <w:rPr>
          <w:rFonts w:ascii="Calibri" w:hAnsi="Calibri" w:cs="Calibri"/>
          <w:color w:val="auto"/>
        </w:rPr>
        <w:t>kopie</w:t>
      </w:r>
      <w:proofErr w:type="spellEnd"/>
      <w:r w:rsidRPr="005D3138">
        <w:rPr>
          <w:rFonts w:ascii="Calibri" w:hAnsi="Calibri" w:cs="Calibri"/>
          <w:color w:val="auto"/>
        </w:rPr>
        <w:t xml:space="preserve"> CV</w:t>
      </w:r>
    </w:p>
    <w:p w14:paraId="5C6C85C2" w14:textId="77777777" w:rsidR="004739A9" w:rsidRPr="004739A9" w:rsidRDefault="004739A9" w:rsidP="004739A9"/>
    <w:p w14:paraId="2E898DD5" w14:textId="77777777" w:rsidR="00AE7891" w:rsidRDefault="00000000">
      <w:pPr>
        <w:rPr>
          <w:rFonts w:ascii="Calibri" w:hAnsi="Calibri" w:cs="Calibri"/>
        </w:rPr>
      </w:pPr>
      <w:r w:rsidRPr="005D3138">
        <w:rPr>
          <w:rFonts w:ascii="Calibri" w:hAnsi="Calibri" w:cs="Calibri"/>
        </w:rPr>
        <w:t xml:space="preserve">LinkedIn může být osobnější a stručnější. Měl by ale být v souladu s tím, co uvádíte v CV. Zaměřte se především na headline, sekci About, </w:t>
      </w:r>
      <w:proofErr w:type="spellStart"/>
      <w:r w:rsidRPr="005D3138">
        <w:rPr>
          <w:rFonts w:ascii="Calibri" w:hAnsi="Calibri" w:cs="Calibri"/>
        </w:rPr>
        <w:t>zkušenosti</w:t>
      </w:r>
      <w:proofErr w:type="spellEnd"/>
      <w:r w:rsidRPr="005D3138">
        <w:rPr>
          <w:rFonts w:ascii="Calibri" w:hAnsi="Calibri" w:cs="Calibri"/>
        </w:rPr>
        <w:t xml:space="preserve">, </w:t>
      </w:r>
      <w:proofErr w:type="spellStart"/>
      <w:r w:rsidRPr="005D3138">
        <w:rPr>
          <w:rFonts w:ascii="Calibri" w:hAnsi="Calibri" w:cs="Calibri"/>
        </w:rPr>
        <w:t>projekty</w:t>
      </w:r>
      <w:proofErr w:type="spellEnd"/>
      <w:r w:rsidRPr="005D3138">
        <w:rPr>
          <w:rFonts w:ascii="Calibri" w:hAnsi="Calibri" w:cs="Calibri"/>
        </w:rPr>
        <w:t xml:space="preserve"> a </w:t>
      </w:r>
      <w:proofErr w:type="spellStart"/>
      <w:r w:rsidRPr="005D3138">
        <w:rPr>
          <w:rFonts w:ascii="Calibri" w:hAnsi="Calibri" w:cs="Calibri"/>
        </w:rPr>
        <w:t>dovednosti</w:t>
      </w:r>
      <w:proofErr w:type="spellEnd"/>
      <w:r w:rsidRPr="005D3138">
        <w:rPr>
          <w:rFonts w:ascii="Calibri" w:hAnsi="Calibri" w:cs="Calibri"/>
        </w:rPr>
        <w:t>.</w:t>
      </w:r>
    </w:p>
    <w:p w14:paraId="579253FE" w14:textId="77777777" w:rsidR="004739A9" w:rsidRDefault="004739A9">
      <w:pPr>
        <w:rPr>
          <w:rFonts w:ascii="Calibri" w:hAnsi="Calibri" w:cs="Calibri"/>
        </w:rPr>
      </w:pPr>
    </w:p>
    <w:p w14:paraId="16F6A898" w14:textId="77777777" w:rsidR="006536D2" w:rsidRDefault="006536D2">
      <w:pPr>
        <w:rPr>
          <w:rFonts w:ascii="Calibri" w:hAnsi="Calibri" w:cs="Calibri"/>
        </w:rPr>
      </w:pPr>
    </w:p>
    <w:p w14:paraId="38792E90" w14:textId="77777777" w:rsidR="006536D2" w:rsidRPr="005D3138" w:rsidRDefault="006536D2">
      <w:pPr>
        <w:rPr>
          <w:rFonts w:ascii="Calibri" w:hAnsi="Calibri" w:cs="Calibri"/>
        </w:rPr>
      </w:pPr>
    </w:p>
    <w:p w14:paraId="6E12FA8B" w14:textId="77777777" w:rsidR="00AE7891" w:rsidRPr="005D3138" w:rsidRDefault="00000000">
      <w:pPr>
        <w:rPr>
          <w:rFonts w:ascii="Calibri" w:hAnsi="Calibri" w:cs="Calibri"/>
        </w:rPr>
      </w:pPr>
      <w:r w:rsidRPr="005D3138">
        <w:rPr>
          <w:rFonts w:ascii="Calibri" w:hAnsi="Calibri" w:cs="Calibri"/>
          <w:b/>
        </w:rPr>
        <w:t>A. HEADLINE</w:t>
      </w:r>
      <w:r w:rsidRPr="005D3138">
        <w:rPr>
          <w:rFonts w:ascii="Calibri" w:hAnsi="Calibri" w:cs="Calibri"/>
        </w:rPr>
        <w:t xml:space="preserve"> – nepište jen „Student at Tomas Bata University“. Ukažte směr, dovednost nebo oblast zájmu.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416"/>
      </w:tblGrid>
      <w:tr w:rsidR="005D3138" w:rsidRPr="005D3138" w14:paraId="70BB3A46" w14:textId="77777777">
        <w:tc>
          <w:tcPr>
            <w:tcW w:w="10426" w:type="dxa"/>
            <w:shd w:val="clear" w:color="auto" w:fill="FCE4D6"/>
          </w:tcPr>
          <w:p w14:paraId="6922A25A" w14:textId="77777777" w:rsidR="00AE7891" w:rsidRPr="005D3138" w:rsidRDefault="00000000">
            <w:pPr>
              <w:rPr>
                <w:rFonts w:ascii="Calibri" w:hAnsi="Calibri" w:cs="Calibri"/>
              </w:rPr>
            </w:pPr>
            <w:r w:rsidRPr="005D3138">
              <w:rPr>
                <w:rFonts w:ascii="Calibri" w:hAnsi="Calibri" w:cs="Calibri"/>
              </w:rPr>
              <w:t>SLABÉ: Student at Tomas Bata University</w:t>
            </w:r>
          </w:p>
        </w:tc>
      </w:tr>
      <w:tr w:rsidR="005D3138" w:rsidRPr="005D3138" w14:paraId="6E9B9339" w14:textId="77777777">
        <w:tc>
          <w:tcPr>
            <w:tcW w:w="10426" w:type="dxa"/>
            <w:shd w:val="clear" w:color="auto" w:fill="E2F0D9"/>
          </w:tcPr>
          <w:p w14:paraId="59B778A1" w14:textId="6ED52C0E" w:rsidR="00AE7891" w:rsidRPr="005D3138" w:rsidRDefault="00000000">
            <w:pPr>
              <w:rPr>
                <w:rFonts w:ascii="Calibri" w:hAnsi="Calibri" w:cs="Calibri"/>
              </w:rPr>
            </w:pPr>
            <w:r w:rsidRPr="005D3138">
              <w:rPr>
                <w:rFonts w:ascii="Calibri" w:hAnsi="Calibri" w:cs="Calibri"/>
              </w:rPr>
              <w:t xml:space="preserve">LEPŠÍ: Marketing student | </w:t>
            </w:r>
            <w:r w:rsidR="004739A9">
              <w:rPr>
                <w:rFonts w:ascii="Calibri" w:hAnsi="Calibri" w:cs="Calibri"/>
              </w:rPr>
              <w:t xml:space="preserve">vase </w:t>
            </w:r>
            <w:proofErr w:type="spellStart"/>
            <w:r w:rsidR="004739A9">
              <w:rPr>
                <w:rFonts w:ascii="Calibri" w:hAnsi="Calibri" w:cs="Calibri"/>
              </w:rPr>
              <w:t>zaměření</w:t>
            </w:r>
            <w:proofErr w:type="spellEnd"/>
            <w:r w:rsidRPr="005D3138">
              <w:rPr>
                <w:rFonts w:ascii="Calibri" w:hAnsi="Calibri" w:cs="Calibri"/>
              </w:rPr>
              <w:t xml:space="preserve"> &amp; </w:t>
            </w:r>
            <w:proofErr w:type="spellStart"/>
            <w:r w:rsidR="004739A9">
              <w:rPr>
                <w:rFonts w:ascii="Calibri" w:hAnsi="Calibri" w:cs="Calibri"/>
              </w:rPr>
              <w:t>specializace</w:t>
            </w:r>
            <w:proofErr w:type="spellEnd"/>
            <w:r w:rsidRPr="005D3138">
              <w:rPr>
                <w:rFonts w:ascii="Calibri" w:hAnsi="Calibri" w:cs="Calibri"/>
              </w:rPr>
              <w:t xml:space="preserve"> | Tomas Bata University in Zlín</w:t>
            </w:r>
          </w:p>
        </w:tc>
      </w:tr>
    </w:tbl>
    <w:p w14:paraId="6611C1A1" w14:textId="77777777" w:rsidR="004739A9" w:rsidRDefault="004739A9">
      <w:pPr>
        <w:rPr>
          <w:rFonts w:ascii="Calibri" w:hAnsi="Calibri" w:cs="Calibri"/>
          <w:b/>
        </w:rPr>
      </w:pPr>
    </w:p>
    <w:p w14:paraId="616BF0A2" w14:textId="0308076E" w:rsidR="00AE7891" w:rsidRPr="005D3138" w:rsidRDefault="00000000">
      <w:pPr>
        <w:rPr>
          <w:rFonts w:ascii="Calibri" w:hAnsi="Calibri" w:cs="Calibri"/>
        </w:rPr>
      </w:pPr>
      <w:proofErr w:type="spellStart"/>
      <w:r w:rsidRPr="005D3138">
        <w:rPr>
          <w:rFonts w:ascii="Calibri" w:hAnsi="Calibri" w:cs="Calibri"/>
          <w:b/>
        </w:rPr>
        <w:t>Napište</w:t>
      </w:r>
      <w:proofErr w:type="spellEnd"/>
      <w:r w:rsidRPr="005D3138">
        <w:rPr>
          <w:rFonts w:ascii="Calibri" w:hAnsi="Calibri" w:cs="Calibri"/>
          <w:b/>
        </w:rPr>
        <w:t xml:space="preserve"> svůj headline:</w:t>
      </w:r>
    </w:p>
    <w:p w14:paraId="04FB6BAB" w14:textId="77777777" w:rsidR="00AE7891" w:rsidRPr="005D3138" w:rsidRDefault="00000000">
      <w:pPr>
        <w:rPr>
          <w:rFonts w:ascii="Calibri" w:hAnsi="Calibri" w:cs="Calibri"/>
        </w:rPr>
      </w:pPr>
      <w:r w:rsidRPr="005D3138">
        <w:rPr>
          <w:rFonts w:ascii="Calibri" w:hAnsi="Calibri" w:cs="Calibri"/>
        </w:rPr>
        <w:t>....................................................................................................................</w:t>
      </w:r>
    </w:p>
    <w:p w14:paraId="3C5E396A" w14:textId="77777777" w:rsidR="00AE7891" w:rsidRPr="005D3138" w:rsidRDefault="00000000">
      <w:pPr>
        <w:rPr>
          <w:rFonts w:ascii="Calibri" w:hAnsi="Calibri" w:cs="Calibri"/>
        </w:rPr>
      </w:pPr>
      <w:r w:rsidRPr="005D3138">
        <w:rPr>
          <w:rFonts w:ascii="Calibri" w:hAnsi="Calibri" w:cs="Calibri"/>
        </w:rPr>
        <w:t>....................................................................................................................</w:t>
      </w:r>
    </w:p>
    <w:p w14:paraId="345C6B52" w14:textId="77777777" w:rsidR="004739A9" w:rsidRDefault="004739A9">
      <w:pPr>
        <w:rPr>
          <w:rFonts w:ascii="Calibri" w:hAnsi="Calibri" w:cs="Calibri"/>
          <w:b/>
        </w:rPr>
      </w:pPr>
    </w:p>
    <w:p w14:paraId="05CD7D7D" w14:textId="523E1FF2" w:rsidR="00AE7891" w:rsidRPr="005D3138" w:rsidRDefault="00000000">
      <w:pPr>
        <w:rPr>
          <w:rFonts w:ascii="Calibri" w:hAnsi="Calibri" w:cs="Calibri"/>
        </w:rPr>
      </w:pPr>
      <w:r w:rsidRPr="005D3138">
        <w:rPr>
          <w:rFonts w:ascii="Calibri" w:hAnsi="Calibri" w:cs="Calibri"/>
          <w:b/>
        </w:rPr>
        <w:t>B. ABOUT</w:t>
      </w:r>
      <w:r w:rsidRPr="005D3138">
        <w:rPr>
          <w:rFonts w:ascii="Calibri" w:hAnsi="Calibri" w:cs="Calibri"/>
        </w:rPr>
        <w:t xml:space="preserve"> – napište 4–5 vět podle jednoduché osnovy:</w:t>
      </w:r>
    </w:p>
    <w:p w14:paraId="3753E00E" w14:textId="77777777" w:rsidR="00AE7891" w:rsidRPr="005D3138" w:rsidRDefault="00000000">
      <w:pPr>
        <w:rPr>
          <w:rFonts w:ascii="Calibri" w:hAnsi="Calibri" w:cs="Calibri"/>
        </w:rPr>
      </w:pPr>
      <w:r w:rsidRPr="005D3138">
        <w:rPr>
          <w:rFonts w:ascii="Calibri" w:hAnsi="Calibri" w:cs="Calibri"/>
        </w:rPr>
        <w:lastRenderedPageBreak/>
        <w:t>1. Kdo jsem / co studuji?</w:t>
      </w:r>
    </w:p>
    <w:p w14:paraId="27C7430B" w14:textId="77777777" w:rsidR="00AE7891" w:rsidRPr="005D3138" w:rsidRDefault="00000000">
      <w:pPr>
        <w:rPr>
          <w:rFonts w:ascii="Calibri" w:hAnsi="Calibri" w:cs="Calibri"/>
        </w:rPr>
      </w:pPr>
      <w:r w:rsidRPr="005D3138">
        <w:rPr>
          <w:rFonts w:ascii="Calibri" w:hAnsi="Calibri" w:cs="Calibri"/>
        </w:rPr>
        <w:t>2. Co mě zajímá?</w:t>
      </w:r>
    </w:p>
    <w:p w14:paraId="2263BB30" w14:textId="77777777" w:rsidR="00AE7891" w:rsidRPr="005D3138" w:rsidRDefault="00000000">
      <w:pPr>
        <w:rPr>
          <w:rFonts w:ascii="Calibri" w:hAnsi="Calibri" w:cs="Calibri"/>
        </w:rPr>
      </w:pPr>
      <w:r w:rsidRPr="005D3138">
        <w:rPr>
          <w:rFonts w:ascii="Calibri" w:hAnsi="Calibri" w:cs="Calibri"/>
        </w:rPr>
        <w:t>3. Co už umím nebo mám za sebou?</w:t>
      </w:r>
    </w:p>
    <w:p w14:paraId="6710F122" w14:textId="77777777" w:rsidR="00AE7891" w:rsidRPr="005D3138" w:rsidRDefault="00000000">
      <w:pPr>
        <w:rPr>
          <w:rFonts w:ascii="Calibri" w:hAnsi="Calibri" w:cs="Calibri"/>
        </w:rPr>
      </w:pPr>
      <w:r w:rsidRPr="005D3138">
        <w:rPr>
          <w:rFonts w:ascii="Calibri" w:hAnsi="Calibri" w:cs="Calibri"/>
        </w:rPr>
        <w:t>4. V čem mohu být přínosem?</w:t>
      </w:r>
    </w:p>
    <w:p w14:paraId="0FFF973F" w14:textId="77777777" w:rsidR="00AE7891" w:rsidRPr="005D3138" w:rsidRDefault="00000000">
      <w:pPr>
        <w:rPr>
          <w:rFonts w:ascii="Calibri" w:hAnsi="Calibri" w:cs="Calibri"/>
        </w:rPr>
      </w:pPr>
      <w:r w:rsidRPr="005D3138">
        <w:rPr>
          <w:rFonts w:ascii="Calibri" w:hAnsi="Calibri" w:cs="Calibri"/>
        </w:rPr>
        <w:t>5. Co hledám nebo kam se chci posunout?</w:t>
      </w:r>
    </w:p>
    <w:p w14:paraId="41E3924B" w14:textId="77777777" w:rsidR="004739A9" w:rsidRDefault="004739A9">
      <w:pPr>
        <w:rPr>
          <w:rFonts w:ascii="Calibri" w:hAnsi="Calibri" w:cs="Calibri"/>
          <w:b/>
        </w:rPr>
      </w:pPr>
    </w:p>
    <w:p w14:paraId="5B5A02F5" w14:textId="23AD13F6" w:rsidR="00AE7891" w:rsidRPr="005D3138" w:rsidRDefault="00000000">
      <w:pPr>
        <w:rPr>
          <w:rFonts w:ascii="Calibri" w:hAnsi="Calibri" w:cs="Calibri"/>
        </w:rPr>
      </w:pPr>
      <w:r w:rsidRPr="005D3138">
        <w:rPr>
          <w:rFonts w:ascii="Calibri" w:hAnsi="Calibri" w:cs="Calibri"/>
          <w:b/>
        </w:rPr>
        <w:t>Moje verze About:</w:t>
      </w:r>
    </w:p>
    <w:p w14:paraId="27305E40" w14:textId="77777777" w:rsidR="00AE7891" w:rsidRPr="005D3138" w:rsidRDefault="00000000">
      <w:pPr>
        <w:rPr>
          <w:rFonts w:ascii="Calibri" w:hAnsi="Calibri" w:cs="Calibri"/>
        </w:rPr>
      </w:pPr>
      <w:r w:rsidRPr="005D3138">
        <w:rPr>
          <w:rFonts w:ascii="Calibri" w:hAnsi="Calibri" w:cs="Calibri"/>
        </w:rPr>
        <w:t>....................................................................................................................</w:t>
      </w:r>
    </w:p>
    <w:p w14:paraId="059C90A6" w14:textId="77777777" w:rsidR="00AE7891" w:rsidRPr="005D3138" w:rsidRDefault="00000000">
      <w:pPr>
        <w:rPr>
          <w:rFonts w:ascii="Calibri" w:hAnsi="Calibri" w:cs="Calibri"/>
        </w:rPr>
      </w:pPr>
      <w:r w:rsidRPr="005D3138">
        <w:rPr>
          <w:rFonts w:ascii="Calibri" w:hAnsi="Calibri" w:cs="Calibri"/>
        </w:rPr>
        <w:t>....................................................................................................................</w:t>
      </w:r>
    </w:p>
    <w:p w14:paraId="6265EA26" w14:textId="77777777" w:rsidR="00AE7891" w:rsidRPr="005D3138" w:rsidRDefault="00000000">
      <w:pPr>
        <w:rPr>
          <w:rFonts w:ascii="Calibri" w:hAnsi="Calibri" w:cs="Calibri"/>
        </w:rPr>
      </w:pPr>
      <w:r w:rsidRPr="005D3138">
        <w:rPr>
          <w:rFonts w:ascii="Calibri" w:hAnsi="Calibri" w:cs="Calibri"/>
        </w:rPr>
        <w:t>....................................................................................................................</w:t>
      </w:r>
    </w:p>
    <w:p w14:paraId="322820DF" w14:textId="77777777" w:rsidR="004739A9" w:rsidRDefault="004739A9">
      <w:pPr>
        <w:rPr>
          <w:rFonts w:ascii="Calibri" w:hAnsi="Calibri" w:cs="Calibri"/>
          <w:b/>
        </w:rPr>
      </w:pPr>
    </w:p>
    <w:p w14:paraId="356841E7" w14:textId="77777777" w:rsidR="004739A9" w:rsidRDefault="004739A9">
      <w:pPr>
        <w:rPr>
          <w:rFonts w:ascii="Calibri" w:hAnsi="Calibri" w:cs="Calibri"/>
          <w:b/>
        </w:rPr>
      </w:pPr>
    </w:p>
    <w:p w14:paraId="7AD49655" w14:textId="78321BFA" w:rsidR="00AE7891" w:rsidRPr="005D3138" w:rsidRDefault="00000000">
      <w:pPr>
        <w:rPr>
          <w:rFonts w:ascii="Calibri" w:hAnsi="Calibri" w:cs="Calibri"/>
        </w:rPr>
      </w:pPr>
      <w:r w:rsidRPr="005D3138">
        <w:rPr>
          <w:rFonts w:ascii="Calibri" w:hAnsi="Calibri" w:cs="Calibri"/>
          <w:b/>
        </w:rPr>
        <w:t>C. ZKUŠENOST</w:t>
      </w:r>
      <w:r w:rsidRPr="005D3138">
        <w:rPr>
          <w:rFonts w:ascii="Calibri" w:hAnsi="Calibri" w:cs="Calibri"/>
        </w:rPr>
        <w:t xml:space="preserve"> – přepište jednu svou zkušenost z obecné formulace na konkrétní výsledek nebo činnost.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5208"/>
        <w:gridCol w:w="5208"/>
      </w:tblGrid>
      <w:tr w:rsidR="005D3138" w:rsidRPr="005D3138" w14:paraId="4495FF16" w14:textId="77777777">
        <w:trPr>
          <w:jc w:val="center"/>
        </w:trPr>
        <w:tc>
          <w:tcPr>
            <w:tcW w:w="5213" w:type="dxa"/>
            <w:shd w:val="clear" w:color="auto" w:fill="FCE4D6"/>
          </w:tcPr>
          <w:p w14:paraId="4898359C" w14:textId="77777777" w:rsidR="00AE7891" w:rsidRPr="005D3138" w:rsidRDefault="00000000">
            <w:pPr>
              <w:rPr>
                <w:rFonts w:ascii="Calibri" w:hAnsi="Calibri" w:cs="Calibri"/>
              </w:rPr>
            </w:pPr>
            <w:r w:rsidRPr="005D3138">
              <w:rPr>
                <w:rFonts w:ascii="Calibri" w:hAnsi="Calibri" w:cs="Calibri"/>
              </w:rPr>
              <w:t>Obecně</w:t>
            </w:r>
          </w:p>
        </w:tc>
        <w:tc>
          <w:tcPr>
            <w:tcW w:w="5213" w:type="dxa"/>
            <w:shd w:val="clear" w:color="auto" w:fill="E2F0D9"/>
          </w:tcPr>
          <w:p w14:paraId="124D8FE5" w14:textId="77777777" w:rsidR="00AE7891" w:rsidRPr="005D3138" w:rsidRDefault="00000000">
            <w:pPr>
              <w:rPr>
                <w:rFonts w:ascii="Calibri" w:hAnsi="Calibri" w:cs="Calibri"/>
              </w:rPr>
            </w:pPr>
            <w:r w:rsidRPr="005D3138">
              <w:rPr>
                <w:rFonts w:ascii="Calibri" w:hAnsi="Calibri" w:cs="Calibri"/>
              </w:rPr>
              <w:t>Konkrétně</w:t>
            </w:r>
          </w:p>
        </w:tc>
      </w:tr>
      <w:tr w:rsidR="005D3138" w:rsidRPr="005D3138" w14:paraId="430CAE04" w14:textId="77777777">
        <w:trPr>
          <w:jc w:val="center"/>
        </w:trPr>
        <w:tc>
          <w:tcPr>
            <w:tcW w:w="5213" w:type="dxa"/>
          </w:tcPr>
          <w:p w14:paraId="4967BFFD" w14:textId="77777777" w:rsidR="00AE7891" w:rsidRPr="005D3138" w:rsidRDefault="00000000">
            <w:pPr>
              <w:rPr>
                <w:rFonts w:ascii="Calibri" w:hAnsi="Calibri" w:cs="Calibri"/>
              </w:rPr>
            </w:pPr>
            <w:proofErr w:type="spellStart"/>
            <w:r w:rsidRPr="005D3138">
              <w:rPr>
                <w:rFonts w:ascii="Calibri" w:hAnsi="Calibri" w:cs="Calibri"/>
              </w:rPr>
              <w:t>Pomáhal</w:t>
            </w:r>
            <w:proofErr w:type="spellEnd"/>
            <w:r w:rsidRPr="005D3138">
              <w:rPr>
                <w:rFonts w:ascii="Calibri" w:hAnsi="Calibri" w:cs="Calibri"/>
              </w:rPr>
              <w:t xml:space="preserve">/a </w:t>
            </w:r>
            <w:proofErr w:type="spellStart"/>
            <w:r w:rsidRPr="005D3138">
              <w:rPr>
                <w:rFonts w:ascii="Calibri" w:hAnsi="Calibri" w:cs="Calibri"/>
              </w:rPr>
              <w:t>jsem</w:t>
            </w:r>
            <w:proofErr w:type="spellEnd"/>
            <w:r w:rsidRPr="005D3138">
              <w:rPr>
                <w:rFonts w:ascii="Calibri" w:hAnsi="Calibri" w:cs="Calibri"/>
              </w:rPr>
              <w:t xml:space="preserve"> se </w:t>
            </w:r>
            <w:proofErr w:type="spellStart"/>
            <w:r w:rsidRPr="005D3138">
              <w:rPr>
                <w:rFonts w:ascii="Calibri" w:hAnsi="Calibri" w:cs="Calibri"/>
              </w:rPr>
              <w:t>sociálními</w:t>
            </w:r>
            <w:proofErr w:type="spellEnd"/>
            <w:r w:rsidRPr="005D3138">
              <w:rPr>
                <w:rFonts w:ascii="Calibri" w:hAnsi="Calibri" w:cs="Calibri"/>
              </w:rPr>
              <w:t xml:space="preserve"> </w:t>
            </w:r>
            <w:proofErr w:type="spellStart"/>
            <w:r w:rsidRPr="005D3138">
              <w:rPr>
                <w:rFonts w:ascii="Calibri" w:hAnsi="Calibri" w:cs="Calibri"/>
              </w:rPr>
              <w:t>sítěmi</w:t>
            </w:r>
            <w:proofErr w:type="spellEnd"/>
            <w:r w:rsidRPr="005D3138">
              <w:rPr>
                <w:rFonts w:ascii="Calibri" w:hAnsi="Calibri" w:cs="Calibri"/>
              </w:rPr>
              <w:t>.</w:t>
            </w:r>
          </w:p>
        </w:tc>
        <w:tc>
          <w:tcPr>
            <w:tcW w:w="5213" w:type="dxa"/>
          </w:tcPr>
          <w:p w14:paraId="2C3D3450" w14:textId="77777777" w:rsidR="00AE7891" w:rsidRPr="005D3138" w:rsidRDefault="00000000">
            <w:pPr>
              <w:rPr>
                <w:rFonts w:ascii="Calibri" w:hAnsi="Calibri" w:cs="Calibri"/>
              </w:rPr>
            </w:pPr>
            <w:r w:rsidRPr="005D3138">
              <w:rPr>
                <w:rFonts w:ascii="Calibri" w:hAnsi="Calibri" w:cs="Calibri"/>
              </w:rPr>
              <w:t>Připravoval/a jsem obsah pro Instagram, navrhoval/a příspěvky v Canvě a plánoval/a jejich publikaci.</w:t>
            </w:r>
          </w:p>
        </w:tc>
      </w:tr>
    </w:tbl>
    <w:p w14:paraId="587C97D5" w14:textId="77777777" w:rsidR="00AE7891" w:rsidRPr="005D3138" w:rsidRDefault="00000000">
      <w:pPr>
        <w:rPr>
          <w:rFonts w:ascii="Calibri" w:hAnsi="Calibri" w:cs="Calibri"/>
        </w:rPr>
      </w:pPr>
      <w:r w:rsidRPr="005D3138">
        <w:rPr>
          <w:rFonts w:ascii="Calibri" w:hAnsi="Calibri" w:cs="Calibri"/>
          <w:b/>
        </w:rPr>
        <w:t>Moje zkušenost – PŮVODNĚ:</w:t>
      </w:r>
    </w:p>
    <w:p w14:paraId="3ED9B20D" w14:textId="77777777" w:rsidR="00AE7891" w:rsidRPr="005D3138" w:rsidRDefault="00000000">
      <w:pPr>
        <w:rPr>
          <w:rFonts w:ascii="Calibri" w:hAnsi="Calibri" w:cs="Calibri"/>
        </w:rPr>
      </w:pPr>
      <w:r w:rsidRPr="005D3138">
        <w:rPr>
          <w:rFonts w:ascii="Calibri" w:hAnsi="Calibri" w:cs="Calibri"/>
        </w:rPr>
        <w:t>....................................................................................................................</w:t>
      </w:r>
    </w:p>
    <w:p w14:paraId="4090773C" w14:textId="77777777" w:rsidR="00AE7891" w:rsidRPr="005D3138" w:rsidRDefault="00000000">
      <w:pPr>
        <w:rPr>
          <w:rFonts w:ascii="Calibri" w:hAnsi="Calibri" w:cs="Calibri"/>
        </w:rPr>
      </w:pPr>
      <w:r w:rsidRPr="005D3138">
        <w:rPr>
          <w:rFonts w:ascii="Calibri" w:hAnsi="Calibri" w:cs="Calibri"/>
          <w:b/>
        </w:rPr>
        <w:t>Moje zkušenost – UPRAVENĚ:</w:t>
      </w:r>
    </w:p>
    <w:p w14:paraId="013B22D3" w14:textId="77777777" w:rsidR="00AE7891" w:rsidRPr="005D3138" w:rsidRDefault="00000000">
      <w:pPr>
        <w:rPr>
          <w:rFonts w:ascii="Calibri" w:hAnsi="Calibri" w:cs="Calibri"/>
        </w:rPr>
      </w:pPr>
      <w:r w:rsidRPr="005D3138">
        <w:rPr>
          <w:rFonts w:ascii="Calibri" w:hAnsi="Calibri" w:cs="Calibri"/>
        </w:rPr>
        <w:t>....................................................................................................................</w:t>
      </w:r>
    </w:p>
    <w:p w14:paraId="54B3ACF4" w14:textId="77777777" w:rsidR="00AE7891" w:rsidRPr="005D3138" w:rsidRDefault="00000000">
      <w:pPr>
        <w:pStyle w:val="Nadpis1"/>
        <w:rPr>
          <w:rFonts w:ascii="Calibri" w:hAnsi="Calibri" w:cs="Calibri"/>
          <w:color w:val="auto"/>
        </w:rPr>
      </w:pPr>
      <w:r w:rsidRPr="005D3138">
        <w:rPr>
          <w:rFonts w:ascii="Calibri" w:hAnsi="Calibri" w:cs="Calibri"/>
          <w:color w:val="auto"/>
        </w:rPr>
        <w:t>5. Aktivita: Profil za 20 minut</w:t>
      </w:r>
    </w:p>
    <w:p w14:paraId="0BFEDE3E" w14:textId="77777777" w:rsidR="00AE7891" w:rsidRPr="005D3138" w:rsidRDefault="00000000">
      <w:pPr>
        <w:rPr>
          <w:rFonts w:ascii="Calibri" w:hAnsi="Calibri" w:cs="Calibri"/>
        </w:rPr>
      </w:pPr>
      <w:r w:rsidRPr="005D3138">
        <w:rPr>
          <w:rFonts w:ascii="Calibri" w:hAnsi="Calibri" w:cs="Calibri"/>
        </w:rPr>
        <w:t>Otevřete si svůj LinkedIn profil. Pokud jej nemáte nebo nechcete nic zveřejňovat, pracujte pouze do tohoto pracovního listu.</w:t>
      </w:r>
    </w:p>
    <w:p w14:paraId="4BA0A80B" w14:textId="77777777" w:rsidR="00AE7891" w:rsidRPr="005D3138" w:rsidRDefault="00000000">
      <w:pPr>
        <w:rPr>
          <w:rFonts w:ascii="Calibri" w:hAnsi="Calibri" w:cs="Calibri"/>
        </w:rPr>
      </w:pPr>
      <w:r w:rsidRPr="005D3138">
        <w:rPr>
          <w:rFonts w:ascii="Segoe UI Symbol" w:hAnsi="Segoe UI Symbol" w:cs="Segoe UI Symbol"/>
        </w:rPr>
        <w:t>☐</w:t>
      </w:r>
      <w:r w:rsidRPr="005D3138">
        <w:rPr>
          <w:rFonts w:ascii="Calibri" w:hAnsi="Calibri" w:cs="Calibri"/>
        </w:rPr>
        <w:t xml:space="preserve">  zkontroluji profilovou fotografii a jméno</w:t>
      </w:r>
    </w:p>
    <w:p w14:paraId="6D5B9EB0" w14:textId="77777777" w:rsidR="00AE7891" w:rsidRPr="005D3138" w:rsidRDefault="00000000">
      <w:pPr>
        <w:rPr>
          <w:rFonts w:ascii="Calibri" w:hAnsi="Calibri" w:cs="Calibri"/>
        </w:rPr>
      </w:pPr>
      <w:r w:rsidRPr="005D3138">
        <w:rPr>
          <w:rFonts w:ascii="Segoe UI Symbol" w:hAnsi="Segoe UI Symbol" w:cs="Segoe UI Symbol"/>
        </w:rPr>
        <w:t>☐</w:t>
      </w:r>
      <w:r w:rsidRPr="005D3138">
        <w:rPr>
          <w:rFonts w:ascii="Calibri" w:hAnsi="Calibri" w:cs="Calibri"/>
        </w:rPr>
        <w:t xml:space="preserve">  upravím headline</w:t>
      </w:r>
    </w:p>
    <w:p w14:paraId="6EE3A6F8" w14:textId="77777777" w:rsidR="00AE7891" w:rsidRPr="005D3138" w:rsidRDefault="00000000">
      <w:pPr>
        <w:rPr>
          <w:rFonts w:ascii="Calibri" w:hAnsi="Calibri" w:cs="Calibri"/>
        </w:rPr>
      </w:pPr>
      <w:r w:rsidRPr="005D3138">
        <w:rPr>
          <w:rFonts w:ascii="Segoe UI Symbol" w:hAnsi="Segoe UI Symbol" w:cs="Segoe UI Symbol"/>
        </w:rPr>
        <w:t>☐</w:t>
      </w:r>
      <w:r w:rsidRPr="005D3138">
        <w:rPr>
          <w:rFonts w:ascii="Calibri" w:hAnsi="Calibri" w:cs="Calibri"/>
        </w:rPr>
        <w:t xml:space="preserve">  doplním nebo upravím About</w:t>
      </w:r>
    </w:p>
    <w:p w14:paraId="2E895AA0" w14:textId="77777777" w:rsidR="00AE7891" w:rsidRPr="005D3138" w:rsidRDefault="00000000">
      <w:pPr>
        <w:rPr>
          <w:rFonts w:ascii="Calibri" w:hAnsi="Calibri" w:cs="Calibri"/>
        </w:rPr>
      </w:pPr>
      <w:r w:rsidRPr="005D3138">
        <w:rPr>
          <w:rFonts w:ascii="Segoe UI Symbol" w:hAnsi="Segoe UI Symbol" w:cs="Segoe UI Symbol"/>
        </w:rPr>
        <w:t>☐</w:t>
      </w:r>
      <w:r w:rsidRPr="005D3138">
        <w:rPr>
          <w:rFonts w:ascii="Calibri" w:hAnsi="Calibri" w:cs="Calibri"/>
        </w:rPr>
        <w:t xml:space="preserve">  zkontroluji vzdělání</w:t>
      </w:r>
    </w:p>
    <w:p w14:paraId="66668091" w14:textId="77777777" w:rsidR="00AE7891" w:rsidRPr="005D3138" w:rsidRDefault="00000000">
      <w:pPr>
        <w:rPr>
          <w:rFonts w:ascii="Calibri" w:hAnsi="Calibri" w:cs="Calibri"/>
        </w:rPr>
      </w:pPr>
      <w:r w:rsidRPr="005D3138">
        <w:rPr>
          <w:rFonts w:ascii="Segoe UI Symbol" w:hAnsi="Segoe UI Symbol" w:cs="Segoe UI Symbol"/>
        </w:rPr>
        <w:t>☐</w:t>
      </w:r>
      <w:r w:rsidRPr="005D3138">
        <w:rPr>
          <w:rFonts w:ascii="Calibri" w:hAnsi="Calibri" w:cs="Calibri"/>
        </w:rPr>
        <w:t xml:space="preserve">  doplním alespoň jednu zkušenost, projekt nebo dobrovolnickou aktivitu</w:t>
      </w:r>
    </w:p>
    <w:p w14:paraId="055F2FB8" w14:textId="77777777" w:rsidR="00AE7891" w:rsidRPr="005D3138" w:rsidRDefault="00000000">
      <w:pPr>
        <w:rPr>
          <w:rFonts w:ascii="Calibri" w:hAnsi="Calibri" w:cs="Calibri"/>
        </w:rPr>
      </w:pPr>
      <w:r w:rsidRPr="005D3138">
        <w:rPr>
          <w:rFonts w:ascii="Segoe UI Symbol" w:hAnsi="Segoe UI Symbol" w:cs="Segoe UI Symbol"/>
        </w:rPr>
        <w:t>☐</w:t>
      </w:r>
      <w:r w:rsidRPr="005D3138">
        <w:rPr>
          <w:rFonts w:ascii="Calibri" w:hAnsi="Calibri" w:cs="Calibri"/>
        </w:rPr>
        <w:t xml:space="preserve">  vyberu 5–10 skutečně relevantních dovedností</w:t>
      </w:r>
    </w:p>
    <w:p w14:paraId="2FB64EAE" w14:textId="77777777" w:rsidR="00AE7891" w:rsidRPr="005D3138" w:rsidRDefault="00000000">
      <w:pPr>
        <w:rPr>
          <w:rFonts w:ascii="Calibri" w:hAnsi="Calibri" w:cs="Calibri"/>
        </w:rPr>
      </w:pPr>
      <w:r w:rsidRPr="005D3138">
        <w:rPr>
          <w:rFonts w:ascii="Segoe UI Symbol" w:hAnsi="Segoe UI Symbol" w:cs="Segoe UI Symbol"/>
        </w:rPr>
        <w:t>☐</w:t>
      </w:r>
      <w:r w:rsidRPr="005D3138">
        <w:rPr>
          <w:rFonts w:ascii="Calibri" w:hAnsi="Calibri" w:cs="Calibri"/>
        </w:rPr>
        <w:t xml:space="preserve">  zkontroluji jazyk a celkový profesionální dojem</w:t>
      </w:r>
    </w:p>
    <w:p w14:paraId="7FF542D2" w14:textId="77777777" w:rsidR="00AE7891" w:rsidRDefault="00000000">
      <w:pPr>
        <w:pStyle w:val="Nadpis1"/>
        <w:rPr>
          <w:rFonts w:ascii="Calibri" w:hAnsi="Calibri" w:cs="Calibri"/>
          <w:color w:val="auto"/>
        </w:rPr>
      </w:pPr>
      <w:r w:rsidRPr="005D3138">
        <w:rPr>
          <w:rFonts w:ascii="Calibri" w:hAnsi="Calibri" w:cs="Calibri"/>
          <w:color w:val="auto"/>
        </w:rPr>
        <w:t xml:space="preserve">6. </w:t>
      </w:r>
      <w:proofErr w:type="spellStart"/>
      <w:r w:rsidRPr="005D3138">
        <w:rPr>
          <w:rFonts w:ascii="Calibri" w:hAnsi="Calibri" w:cs="Calibri"/>
          <w:color w:val="auto"/>
        </w:rPr>
        <w:t>Závěrečný</w:t>
      </w:r>
      <w:proofErr w:type="spellEnd"/>
      <w:r w:rsidRPr="005D3138">
        <w:rPr>
          <w:rFonts w:ascii="Calibri" w:hAnsi="Calibri" w:cs="Calibri"/>
          <w:color w:val="auto"/>
        </w:rPr>
        <w:t xml:space="preserve"> </w:t>
      </w:r>
      <w:proofErr w:type="spellStart"/>
      <w:r w:rsidRPr="005D3138">
        <w:rPr>
          <w:rFonts w:ascii="Calibri" w:hAnsi="Calibri" w:cs="Calibri"/>
          <w:color w:val="auto"/>
        </w:rPr>
        <w:t>úkol</w:t>
      </w:r>
      <w:proofErr w:type="spellEnd"/>
      <w:r w:rsidRPr="005D3138">
        <w:rPr>
          <w:rFonts w:ascii="Calibri" w:hAnsi="Calibri" w:cs="Calibri"/>
          <w:color w:val="auto"/>
        </w:rPr>
        <w:t>: „</w:t>
      </w:r>
      <w:proofErr w:type="spellStart"/>
      <w:r w:rsidRPr="005D3138">
        <w:rPr>
          <w:rFonts w:ascii="Calibri" w:hAnsi="Calibri" w:cs="Calibri"/>
          <w:color w:val="auto"/>
        </w:rPr>
        <w:t>Balíček</w:t>
      </w:r>
      <w:proofErr w:type="spellEnd"/>
      <w:r w:rsidRPr="005D3138">
        <w:rPr>
          <w:rFonts w:ascii="Calibri" w:hAnsi="Calibri" w:cs="Calibri"/>
          <w:color w:val="auto"/>
        </w:rPr>
        <w:t xml:space="preserve"> </w:t>
      </w:r>
      <w:proofErr w:type="spellStart"/>
      <w:proofErr w:type="gramStart"/>
      <w:r w:rsidRPr="005D3138">
        <w:rPr>
          <w:rFonts w:ascii="Calibri" w:hAnsi="Calibri" w:cs="Calibri"/>
          <w:color w:val="auto"/>
        </w:rPr>
        <w:t>uchazeče</w:t>
      </w:r>
      <w:proofErr w:type="spellEnd"/>
      <w:r w:rsidRPr="005D3138">
        <w:rPr>
          <w:rFonts w:ascii="Calibri" w:hAnsi="Calibri" w:cs="Calibri"/>
          <w:color w:val="auto"/>
        </w:rPr>
        <w:t>“</w:t>
      </w:r>
      <w:proofErr w:type="gramEnd"/>
    </w:p>
    <w:p w14:paraId="7A46B872" w14:textId="77777777" w:rsidR="00031B3A" w:rsidRPr="00031B3A" w:rsidRDefault="00031B3A" w:rsidP="00031B3A"/>
    <w:p w14:paraId="7F117BC7" w14:textId="196EB7AD" w:rsidR="00AE7891" w:rsidRPr="005D3138" w:rsidRDefault="00000000">
      <w:pPr>
        <w:rPr>
          <w:rFonts w:ascii="Calibri" w:hAnsi="Calibri" w:cs="Calibri"/>
        </w:rPr>
      </w:pPr>
      <w:r w:rsidRPr="005D3138">
        <w:rPr>
          <w:rFonts w:ascii="Calibri" w:hAnsi="Calibri" w:cs="Calibri"/>
        </w:rPr>
        <w:t xml:space="preserve">Vyberte si </w:t>
      </w:r>
      <w:proofErr w:type="spellStart"/>
      <w:r w:rsidRPr="005D3138">
        <w:rPr>
          <w:rFonts w:ascii="Calibri" w:hAnsi="Calibri" w:cs="Calibri"/>
        </w:rPr>
        <w:t>jednu</w:t>
      </w:r>
      <w:proofErr w:type="spellEnd"/>
      <w:r w:rsidRPr="005D3138">
        <w:rPr>
          <w:rFonts w:ascii="Calibri" w:hAnsi="Calibri" w:cs="Calibri"/>
        </w:rPr>
        <w:t xml:space="preserve"> </w:t>
      </w:r>
      <w:proofErr w:type="spellStart"/>
      <w:r w:rsidRPr="005D3138">
        <w:rPr>
          <w:rFonts w:ascii="Calibri" w:hAnsi="Calibri" w:cs="Calibri"/>
        </w:rPr>
        <w:t>reálnou</w:t>
      </w:r>
      <w:proofErr w:type="spellEnd"/>
      <w:r w:rsidRPr="005D3138">
        <w:rPr>
          <w:rFonts w:ascii="Calibri" w:hAnsi="Calibri" w:cs="Calibri"/>
        </w:rPr>
        <w:t xml:space="preserve"> </w:t>
      </w:r>
      <w:proofErr w:type="spellStart"/>
      <w:r w:rsidRPr="005D3138">
        <w:rPr>
          <w:rFonts w:ascii="Calibri" w:hAnsi="Calibri" w:cs="Calibri"/>
        </w:rPr>
        <w:t>pracovní</w:t>
      </w:r>
      <w:proofErr w:type="spellEnd"/>
      <w:r w:rsidRPr="005D3138">
        <w:rPr>
          <w:rFonts w:ascii="Calibri" w:hAnsi="Calibri" w:cs="Calibri"/>
        </w:rPr>
        <w:t xml:space="preserve"> </w:t>
      </w:r>
      <w:proofErr w:type="spellStart"/>
      <w:r w:rsidRPr="005D3138">
        <w:rPr>
          <w:rFonts w:ascii="Calibri" w:hAnsi="Calibri" w:cs="Calibri"/>
        </w:rPr>
        <w:t>pozici</w:t>
      </w:r>
      <w:proofErr w:type="spellEnd"/>
      <w:r w:rsidR="00031B3A">
        <w:rPr>
          <w:rFonts w:ascii="Calibri" w:hAnsi="Calibri" w:cs="Calibri"/>
        </w:rPr>
        <w:t xml:space="preserve"> na </w:t>
      </w:r>
      <w:proofErr w:type="spellStart"/>
      <w:r w:rsidR="00031B3A">
        <w:rPr>
          <w:rFonts w:ascii="Calibri" w:hAnsi="Calibri" w:cs="Calibri"/>
        </w:rPr>
        <w:t>jobsu</w:t>
      </w:r>
      <w:proofErr w:type="spellEnd"/>
      <w:r w:rsidRPr="005D3138">
        <w:rPr>
          <w:rFonts w:ascii="Calibri" w:hAnsi="Calibri" w:cs="Calibri"/>
        </w:rPr>
        <w:t xml:space="preserve">, </w:t>
      </w:r>
      <w:proofErr w:type="spellStart"/>
      <w:r w:rsidRPr="005D3138">
        <w:rPr>
          <w:rFonts w:ascii="Calibri" w:hAnsi="Calibri" w:cs="Calibri"/>
        </w:rPr>
        <w:t>stáž</w:t>
      </w:r>
      <w:proofErr w:type="spellEnd"/>
      <w:r w:rsidRPr="005D3138">
        <w:rPr>
          <w:rFonts w:ascii="Calibri" w:hAnsi="Calibri" w:cs="Calibri"/>
        </w:rPr>
        <w:t xml:space="preserve"> </w:t>
      </w:r>
      <w:proofErr w:type="spellStart"/>
      <w:r w:rsidRPr="005D3138">
        <w:rPr>
          <w:rFonts w:ascii="Calibri" w:hAnsi="Calibri" w:cs="Calibri"/>
        </w:rPr>
        <w:t>nebo</w:t>
      </w:r>
      <w:proofErr w:type="spellEnd"/>
      <w:r w:rsidRPr="005D3138">
        <w:rPr>
          <w:rFonts w:ascii="Calibri" w:hAnsi="Calibri" w:cs="Calibri"/>
        </w:rPr>
        <w:t xml:space="preserve"> trainee program a připravte materiály tak, aby spolu tvořily jeden konzistentní celek:</w:t>
      </w:r>
    </w:p>
    <w:p w14:paraId="5CC68D7B" w14:textId="77777777" w:rsidR="00AE7891" w:rsidRPr="005D3138" w:rsidRDefault="00000000">
      <w:pPr>
        <w:rPr>
          <w:rFonts w:ascii="Calibri" w:hAnsi="Calibri" w:cs="Calibri"/>
        </w:rPr>
      </w:pPr>
      <w:r w:rsidRPr="005D3138">
        <w:rPr>
          <w:rFonts w:ascii="Segoe UI Symbol" w:hAnsi="Segoe UI Symbol" w:cs="Segoe UI Symbol"/>
        </w:rPr>
        <w:t>☐</w:t>
      </w:r>
      <w:r w:rsidRPr="005D3138">
        <w:rPr>
          <w:rFonts w:ascii="Calibri" w:hAnsi="Calibri" w:cs="Calibri"/>
        </w:rPr>
        <w:t xml:space="preserve">  CV přizpůsobené konkrétní pozici</w:t>
      </w:r>
    </w:p>
    <w:p w14:paraId="482EA231" w14:textId="77777777" w:rsidR="00AE7891" w:rsidRPr="005D3138" w:rsidRDefault="00000000">
      <w:pPr>
        <w:rPr>
          <w:rFonts w:ascii="Calibri" w:hAnsi="Calibri" w:cs="Calibri"/>
        </w:rPr>
      </w:pPr>
      <w:r w:rsidRPr="005D3138">
        <w:rPr>
          <w:rFonts w:ascii="Segoe UI Symbol" w:hAnsi="Segoe UI Symbol" w:cs="Segoe UI Symbol"/>
        </w:rPr>
        <w:t>☐</w:t>
      </w:r>
      <w:r w:rsidRPr="005D3138">
        <w:rPr>
          <w:rFonts w:ascii="Calibri" w:hAnsi="Calibri" w:cs="Calibri"/>
        </w:rPr>
        <w:t xml:space="preserve">  LinkedIn headline + About</w:t>
      </w:r>
    </w:p>
    <w:p w14:paraId="40110AF7" w14:textId="77777777" w:rsidR="00AE7891" w:rsidRPr="005D3138" w:rsidRDefault="00000000">
      <w:pPr>
        <w:rPr>
          <w:rFonts w:ascii="Calibri" w:hAnsi="Calibri" w:cs="Calibri"/>
        </w:rPr>
      </w:pPr>
      <w:r w:rsidRPr="005D3138">
        <w:rPr>
          <w:rFonts w:ascii="Segoe UI Symbol" w:hAnsi="Segoe UI Symbol" w:cs="Segoe UI Symbol"/>
        </w:rPr>
        <w:t>☐</w:t>
      </w:r>
      <w:r w:rsidRPr="005D3138">
        <w:rPr>
          <w:rFonts w:ascii="Calibri" w:hAnsi="Calibri" w:cs="Calibri"/>
        </w:rPr>
        <w:t xml:space="preserve">  krátký motivační dopis</w:t>
      </w:r>
    </w:p>
    <w:p w14:paraId="68DE8569" w14:textId="77777777" w:rsidR="00AE7891" w:rsidRDefault="00000000">
      <w:pPr>
        <w:rPr>
          <w:rFonts w:ascii="Calibri" w:hAnsi="Calibri" w:cs="Calibri"/>
        </w:rPr>
      </w:pPr>
      <w:proofErr w:type="gramStart"/>
      <w:r w:rsidRPr="005D3138">
        <w:rPr>
          <w:rFonts w:ascii="Segoe UI Symbol" w:hAnsi="Segoe UI Symbol" w:cs="Segoe UI Symbol"/>
        </w:rPr>
        <w:t>☐</w:t>
      </w:r>
      <w:r w:rsidRPr="005D3138">
        <w:rPr>
          <w:rFonts w:ascii="Calibri" w:hAnsi="Calibri" w:cs="Calibri"/>
        </w:rPr>
        <w:t xml:space="preserve">  e-mail</w:t>
      </w:r>
      <w:proofErr w:type="gramEnd"/>
      <w:r w:rsidRPr="005D3138">
        <w:rPr>
          <w:rFonts w:ascii="Calibri" w:hAnsi="Calibri" w:cs="Calibri"/>
        </w:rPr>
        <w:t xml:space="preserve">, </w:t>
      </w:r>
      <w:proofErr w:type="spellStart"/>
      <w:r w:rsidRPr="005D3138">
        <w:rPr>
          <w:rFonts w:ascii="Calibri" w:hAnsi="Calibri" w:cs="Calibri"/>
        </w:rPr>
        <w:t>kterým</w:t>
      </w:r>
      <w:proofErr w:type="spellEnd"/>
      <w:r w:rsidRPr="005D3138">
        <w:rPr>
          <w:rFonts w:ascii="Calibri" w:hAnsi="Calibri" w:cs="Calibri"/>
        </w:rPr>
        <w:t xml:space="preserve"> </w:t>
      </w:r>
      <w:proofErr w:type="spellStart"/>
      <w:r w:rsidRPr="005D3138">
        <w:rPr>
          <w:rFonts w:ascii="Calibri" w:hAnsi="Calibri" w:cs="Calibri"/>
        </w:rPr>
        <w:t>dokumenty</w:t>
      </w:r>
      <w:proofErr w:type="spellEnd"/>
      <w:r w:rsidRPr="005D3138">
        <w:rPr>
          <w:rFonts w:ascii="Calibri" w:hAnsi="Calibri" w:cs="Calibri"/>
        </w:rPr>
        <w:t xml:space="preserve"> </w:t>
      </w:r>
      <w:proofErr w:type="spellStart"/>
      <w:r w:rsidRPr="005D3138">
        <w:rPr>
          <w:rFonts w:ascii="Calibri" w:hAnsi="Calibri" w:cs="Calibri"/>
        </w:rPr>
        <w:t>odešlete</w:t>
      </w:r>
      <w:proofErr w:type="spellEnd"/>
    </w:p>
    <w:p w14:paraId="747C5335" w14:textId="77777777" w:rsidR="00031B3A" w:rsidRDefault="00031B3A">
      <w:pPr>
        <w:rPr>
          <w:rFonts w:ascii="Calibri" w:hAnsi="Calibri" w:cs="Calibri"/>
        </w:rPr>
      </w:pPr>
    </w:p>
    <w:p w14:paraId="5386E5D7" w14:textId="77777777" w:rsidR="0063710D" w:rsidRPr="0063710D" w:rsidRDefault="0063710D" w:rsidP="0063710D">
      <w:pPr>
        <w:rPr>
          <w:rFonts w:ascii="Calibri" w:hAnsi="Calibri" w:cs="Calibri"/>
        </w:rPr>
      </w:pPr>
    </w:p>
    <w:p w14:paraId="3441965E" w14:textId="77777777" w:rsidR="0063710D" w:rsidRPr="0063710D" w:rsidRDefault="0063710D" w:rsidP="0063710D">
      <w:pPr>
        <w:rPr>
          <w:rFonts w:ascii="Calibri" w:hAnsi="Calibri" w:cs="Calibri"/>
        </w:rPr>
      </w:pPr>
    </w:p>
    <w:p w14:paraId="50F191BC" w14:textId="77777777" w:rsidR="0063710D" w:rsidRPr="0063710D" w:rsidRDefault="0063710D" w:rsidP="0063710D">
      <w:pPr>
        <w:rPr>
          <w:rFonts w:ascii="Calibri" w:hAnsi="Calibri" w:cs="Calibri"/>
        </w:rPr>
      </w:pPr>
    </w:p>
    <w:p w14:paraId="282CEE01" w14:textId="77777777" w:rsidR="0063710D" w:rsidRPr="0063710D" w:rsidRDefault="0063710D" w:rsidP="0063710D">
      <w:pPr>
        <w:rPr>
          <w:rFonts w:ascii="Calibri" w:hAnsi="Calibri" w:cs="Calibri"/>
        </w:rPr>
      </w:pPr>
    </w:p>
    <w:p w14:paraId="2391542C" w14:textId="77777777" w:rsidR="0063710D" w:rsidRPr="0063710D" w:rsidRDefault="0063710D" w:rsidP="0063710D">
      <w:pPr>
        <w:rPr>
          <w:rFonts w:ascii="Calibri" w:hAnsi="Calibri" w:cs="Calibri"/>
        </w:rPr>
      </w:pPr>
    </w:p>
    <w:p w14:paraId="33DD2278" w14:textId="45802817" w:rsidR="0063710D" w:rsidRPr="0063710D" w:rsidRDefault="0063710D" w:rsidP="0063710D">
      <w:pPr>
        <w:tabs>
          <w:tab w:val="left" w:pos="5674"/>
        </w:tabs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sectPr w:rsidR="0063710D" w:rsidRPr="0063710D" w:rsidSect="00034616">
      <w:pgSz w:w="12240" w:h="15840"/>
      <w:pgMar w:top="737" w:right="907" w:bottom="737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67856B" w14:textId="77777777" w:rsidR="000B325B" w:rsidRDefault="000B325B">
      <w:pPr>
        <w:spacing w:after="0" w:line="240" w:lineRule="auto"/>
      </w:pPr>
      <w:r>
        <w:separator/>
      </w:r>
    </w:p>
  </w:endnote>
  <w:endnote w:type="continuationSeparator" w:id="0">
    <w:p w14:paraId="2C260DB8" w14:textId="77777777" w:rsidR="000B325B" w:rsidRDefault="000B3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AC1CD" w14:textId="77777777" w:rsidR="000B325B" w:rsidRDefault="000B325B">
      <w:pPr>
        <w:spacing w:after="0" w:line="240" w:lineRule="auto"/>
      </w:pPr>
      <w:r>
        <w:separator/>
      </w:r>
    </w:p>
  </w:footnote>
  <w:footnote w:type="continuationSeparator" w:id="0">
    <w:p w14:paraId="02EE9077" w14:textId="77777777" w:rsidR="000B325B" w:rsidRDefault="000B32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1D21FA"/>
    <w:multiLevelType w:val="hybridMultilevel"/>
    <w:tmpl w:val="0846B8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D72927"/>
    <w:multiLevelType w:val="multilevel"/>
    <w:tmpl w:val="ECD07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E11F04"/>
    <w:multiLevelType w:val="hybridMultilevel"/>
    <w:tmpl w:val="0846B8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661486">
    <w:abstractNumId w:val="8"/>
  </w:num>
  <w:num w:numId="2" w16cid:durableId="1798985765">
    <w:abstractNumId w:val="6"/>
  </w:num>
  <w:num w:numId="3" w16cid:durableId="833449165">
    <w:abstractNumId w:val="5"/>
  </w:num>
  <w:num w:numId="4" w16cid:durableId="2062055350">
    <w:abstractNumId w:val="4"/>
  </w:num>
  <w:num w:numId="5" w16cid:durableId="1189837284">
    <w:abstractNumId w:val="7"/>
  </w:num>
  <w:num w:numId="6" w16cid:durableId="1778527952">
    <w:abstractNumId w:val="3"/>
  </w:num>
  <w:num w:numId="7" w16cid:durableId="1350062988">
    <w:abstractNumId w:val="2"/>
  </w:num>
  <w:num w:numId="8" w16cid:durableId="195437617">
    <w:abstractNumId w:val="1"/>
  </w:num>
  <w:num w:numId="9" w16cid:durableId="1555190067">
    <w:abstractNumId w:val="0"/>
  </w:num>
  <w:num w:numId="10" w16cid:durableId="1151021575">
    <w:abstractNumId w:val="9"/>
  </w:num>
  <w:num w:numId="11" w16cid:durableId="412556885">
    <w:abstractNumId w:val="11"/>
  </w:num>
  <w:num w:numId="12" w16cid:durableId="14240621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1B3A"/>
    <w:rsid w:val="00034616"/>
    <w:rsid w:val="0006063C"/>
    <w:rsid w:val="00075B5F"/>
    <w:rsid w:val="000B325B"/>
    <w:rsid w:val="0015074B"/>
    <w:rsid w:val="0029639D"/>
    <w:rsid w:val="00326F90"/>
    <w:rsid w:val="003E1C90"/>
    <w:rsid w:val="004739A9"/>
    <w:rsid w:val="005434C9"/>
    <w:rsid w:val="005D3138"/>
    <w:rsid w:val="0063710D"/>
    <w:rsid w:val="006536D2"/>
    <w:rsid w:val="0096640D"/>
    <w:rsid w:val="00AA1D8D"/>
    <w:rsid w:val="00AE7891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2F801C"/>
  <w14:defaultImageDpi w14:val="300"/>
  <w15:docId w15:val="{173BC7C0-ED62-423E-A7F2-E4872262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20"/>
    </w:pPr>
    <w:rPr>
      <w:rFonts w:ascii="Aptos" w:hAnsi="Aptos"/>
      <w:sz w:val="19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92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0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2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1046</Words>
  <Characters>6173</Characters>
  <Application>Microsoft Office Word</Application>
  <DocSecurity>0</DocSecurity>
  <Lines>51</Lines>
  <Paragraphs>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7205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Martina Sasínková</cp:lastModifiedBy>
  <cp:revision>3</cp:revision>
  <dcterms:created xsi:type="dcterms:W3CDTF">2026-09-16T09:05:00Z</dcterms:created>
  <dcterms:modified xsi:type="dcterms:W3CDTF">2026-09-16T09:05:00Z</dcterms:modified>
  <cp:category/>
</cp:coreProperties>
</file>