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OKAMŽITÉ AKTIVIZAČNÍ ÚLOHY – CENNÉ PAPÍRY A BURZA</w:t>
      </w:r>
    </w:p>
    <w:p>
      <w:r>
        <w:t>Tyto úkoly jsou navrženy tak, aby studenti mohli reagovat okamžitě – bez přípravy, bez pomůcek a bez techniky. Každá aktivita trvá 1–10 minut a lze ji kdykoliv vložit do výuky.</w:t>
      </w:r>
    </w:p>
    <w:p>
      <w:pPr>
        <w:pStyle w:val="Heading2"/>
      </w:pPr>
      <w:r>
        <w:t>1. Burzovní instinkt (30–60 sekund)</w:t>
      </w:r>
    </w:p>
    <w:p>
      <w:r>
        <w:t>Instrukce pro studenty: „Jste investoři, máte akcie této firmy.“</w:t>
        <w:br/>
        <w:br/>
        <w:t>Učitel čte zprávu, studenti reagují:</w:t>
        <w:br/>
        <w:t>🟢 koupit | 🟡 držet | 🔴 prodat</w:t>
        <w:br/>
        <w:br/>
        <w:t>Příklady zpráv:</w:t>
        <w:br/>
        <w:t>– Firma oznámila rekordní zisk.</w:t>
        <w:br/>
        <w:t>– Stát plánuje novou regulaci odvětví.</w:t>
        <w:br/>
        <w:t>– CEO náhle rezignoval.</w:t>
        <w:br/>
        <w:t>– Firma vydává nové dluhopisy.</w:t>
        <w:br/>
        <w:br/>
        <w:t>Otázka na závěr: Co z toho je informace a co spíš emoce trhu?</w:t>
      </w:r>
    </w:p>
    <w:p>
      <w:pPr>
        <w:pStyle w:val="Heading2"/>
      </w:pPr>
      <w:r>
        <w:t>2. Akcie nebo dluhopis? (bleskový soud)</w:t>
      </w:r>
    </w:p>
    <w:p>
      <w:r>
        <w:t>Instrukce: studenti ukazují rukou nebo odpovídají nahlas.</w:t>
        <w:br/>
        <w:t>✊ = akcie | ✌️ = dluhopis</w:t>
        <w:br/>
        <w:br/>
        <w:t>Věty:</w:t>
        <w:br/>
        <w:t>– Vlastním malou část firmy.</w:t>
        <w:br/>
        <w:t>– Někdo mi dluží peníze.</w:t>
        <w:br/>
        <w:t>– Mohu přijít o všechno.</w:t>
        <w:br/>
        <w:t>– Mám předem daný nárok na výplatu.</w:t>
        <w:br/>
        <w:t>– Vydělám hlavně, když cena poroste.</w:t>
        <w:br/>
        <w:br/>
        <w:t>Závěr: Kdo je věřitel a kdo spolumajitel?</w:t>
      </w:r>
    </w:p>
    <w:p>
      <w:pPr>
        <w:pStyle w:val="Heading2"/>
      </w:pPr>
      <w:r>
        <w:t>3. Proč ta cena roste?</w:t>
      </w:r>
    </w:p>
    <w:p>
      <w:r>
        <w:t>Zadání: „Akcie firmy XY dnes vzrostla o 6 %.“</w:t>
        <w:br/>
        <w:br/>
        <w:t>Studenti během 10 sekund navrhují možné důvody (zisk, fáma, spekulace, emoce trhu).</w:t>
        <w:br/>
        <w:br/>
        <w:t>Pointa: Cena roste hlavně proto, že lidé očekávají vývoj.</w:t>
      </w:r>
    </w:p>
    <w:p>
      <w:pPr>
        <w:pStyle w:val="Heading2"/>
      </w:pPr>
      <w:r>
        <w:t>4. Pravda nebo manipulace?</w:t>
      </w:r>
    </w:p>
    <w:p>
      <w:r>
        <w:t>Tvrzení:</w:t>
        <w:br/>
        <w:t>„Tahle akcie určitě poroste, kupují ji všichni.“</w:t>
        <w:br/>
        <w:br/>
        <w:t>Reakce studentů: důvěryhodné / podezřelé</w:t>
        <w:br/>
        <w:br/>
        <w:t>Další tvrzení:</w:t>
        <w:br/>
        <w:t>„Firma má stabilní výsledky, ale cena klesá.“</w:t>
        <w:br/>
        <w:br/>
        <w:t>Otázka: Je cena vždy odrazem skutečné hodnoty firmy?</w:t>
      </w:r>
    </w:p>
    <w:p>
      <w:pPr>
        <w:pStyle w:val="Heading2"/>
      </w:pPr>
      <w:r>
        <w:t>5. Investice nebo spekulace?</w:t>
      </w:r>
    </w:p>
    <w:p>
      <w:r>
        <w:t>Situace:</w:t>
        <w:br/>
        <w:t>– Koupím akcii, protože ji chci za týden prodat dráž.</w:t>
        <w:br/>
        <w:t>– Koupím akcii, protože věřím firmě dlouhodobě.</w:t>
        <w:br/>
        <w:br/>
        <w:t>Studenti rozhodují: investice / spekulace.</w:t>
      </w:r>
    </w:p>
    <w:p>
      <w:pPr>
        <w:pStyle w:val="Heading2"/>
      </w:pPr>
      <w:r>
        <w:t>6. Informace vs. titulky</w:t>
      </w:r>
    </w:p>
    <w:p>
      <w:r>
        <w:t>Otázka k hlasování:</w:t>
        <w:br/>
        <w:t>Co ovlivní cenu víc?</w:t>
        <w:br/>
        <w:t>1) Hospodářský výsledek</w:t>
        <w:br/>
        <w:t>2) Mediální titulek</w:t>
        <w:br/>
        <w:br/>
        <w:t>Shrnutí: Na trhu často vítězí dojem nad realitou.</w:t>
      </w:r>
    </w:p>
    <w:p>
      <w:pPr>
        <w:pStyle w:val="Heading2"/>
      </w:pPr>
      <w:r>
        <w:t>7. Dlužník vs. podnikatel</w:t>
      </w:r>
    </w:p>
    <w:p>
      <w:r>
        <w:t>Vysvětlení:</w:t>
        <w:br/>
        <w:t>– Akcie = podnikatel (riziko i zisk)</w:t>
        <w:br/>
        <w:t>– Dluhopis = věřitel (pohledávka)</w:t>
        <w:br/>
        <w:br/>
        <w:t>Otázka: Kdo chce dnes riskovat a kdo chce jistotu?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