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keepNext w:val="true"/>
        <w:keepLines/>
        <w:spacing w:before="480" w:after="0"/>
        <w:rPr/>
      </w:pPr>
      <w:r>
        <w:rPr/>
        <w:t>Seminář – Společnost s ručením omezeným (45 minut)</w:t>
      </w:r>
    </w:p>
    <w:p>
      <w:pPr>
        <w:pStyle w:val="Normal"/>
        <w:rPr/>
      </w:pPr>
      <w:r>
        <w:rPr/>
        <w:t>Předmět: Právo v podnikání</w:t>
      </w:r>
    </w:p>
    <w:p>
      <w:pPr>
        <w:pStyle w:val="Normal"/>
        <w:rPr/>
      </w:pPr>
      <w:r>
        <w:rPr/>
        <w:t>Navazuje na přednášku: založení – vznik – účast společníka – zrušení a zánik</w:t>
      </w:r>
    </w:p>
    <w:p>
      <w:pPr>
        <w:pStyle w:val="Nadpis2"/>
        <w:rPr/>
      </w:pPr>
      <w:r>
        <w:rPr/>
        <w:t>Úvodní rozcvička: Podnikatelské rozhodnutí (5 minut)</w:t>
      </w:r>
    </w:p>
    <w:p>
      <w:pPr>
        <w:pStyle w:val="Normal"/>
        <w:rPr/>
      </w:pPr>
      <w:r>
        <w:rPr/>
        <w:br/>
        <w:t>Otázky k diskuzi:</w:t>
        <w:br/>
        <w:t>- Proč si podnikatelé nejčastěji zakládají s.r.o.?</w:t>
        <w:br/>
        <w:t>- Co je největší iluze s.r.o. z pohledu ručení?</w:t>
        <w:br/>
        <w:t>- Má základní kapitál 1 Kč praktický význam?</w:t>
      </w:r>
    </w:p>
    <w:p>
      <w:pPr>
        <w:pStyle w:val="Nadpis2"/>
        <w:rPr/>
      </w:pPr>
      <w:r>
        <w:rPr/>
        <w:t>Skupinový úkol: Založení s.r.o. (10 minut)</w:t>
      </w:r>
    </w:p>
    <w:p>
      <w:pPr>
        <w:pStyle w:val="Normal"/>
        <w:rPr/>
      </w:pPr>
      <w:r>
        <w:rPr/>
        <w:br/>
        <w:br/>
        <w:t>Zadání:</w:t>
        <w:br/>
        <w:t>Studenti ve dvojicích nebo trojicích navrhnou parametry nové s.r.o.:</w:t>
        <w:br/>
        <w:t>- Firma</w:t>
        <w:br/>
        <w:t>- Sídlo</w:t>
        <w:br/>
        <w:t>- Předmět podnikání</w:t>
        <w:br/>
        <w:t>- Společníci a vklady</w:t>
        <w:br/>
        <w:t>- Základní kapitál</w:t>
        <w:br/>
        <w:t>- Jednatelé a způsob jednání</w:t>
      </w:r>
    </w:p>
    <w:p>
      <w:pPr>
        <w:pStyle w:val="Nadpis2"/>
        <w:rPr/>
      </w:pPr>
      <w:r>
        <w:rPr/>
        <w:t>Práce s obchodním rejstříkem (10 minut)</w:t>
      </w:r>
    </w:p>
    <w:p>
      <w:pPr>
        <w:pStyle w:val="Normal"/>
        <w:rPr/>
      </w:pPr>
      <w:r>
        <w:rPr/>
        <w:t>Cíl: Propojení teorie s praxí.</w:t>
        <w:br/>
        <w:br/>
        <w:t>Zadání:</w:t>
        <w:br/>
        <w:t>- Najděte existující s.r.o.</w:t>
        <w:br/>
        <w:t>- Zjistěte výši ZK, jednatele, předmět podnikání, společníky</w:t>
        <w:br/>
        <w:t>- Zhodnoťte důvěryhodnost společnosti</w:t>
      </w:r>
    </w:p>
    <w:p>
      <w:pPr>
        <w:pStyle w:val="Nadpis2"/>
        <w:rPr/>
      </w:pPr>
      <w:r>
        <w:rPr/>
        <w:t>Případová studie: Jednání před vznikem s.r.o. (8 minut)</w:t>
      </w:r>
    </w:p>
    <w:p>
      <w:pPr>
        <w:pStyle w:val="Normal"/>
        <w:rPr/>
      </w:pPr>
      <w:r>
        <w:rPr/>
        <w:t>Zadání:</w:t>
        <w:br/>
        <w:t>Zakladatel uzavře nájemní smlouvu před zápisem do OR.</w:t>
        <w:br/>
        <w:br/>
        <w:t>Otázky:</w:t>
        <w:br/>
        <w:t>- Kdo je zavázán?</w:t>
        <w:br/>
        <w:t>- Může společnost závazek převzít?</w:t>
        <w:br/>
        <w:t>- Kdo o tom rozhoduje?</w:t>
      </w:r>
    </w:p>
    <w:p>
      <w:pPr>
        <w:pStyle w:val="Nadpis2"/>
        <w:rPr/>
      </w:pPr>
      <w:r>
        <w:rPr/>
        <w:t>Mini-kazuistika: Zánik účasti společníka (7 minut)</w:t>
      </w:r>
    </w:p>
    <w:p>
      <w:pPr>
        <w:pStyle w:val="Normal"/>
        <w:rPr/>
      </w:pPr>
      <w:r>
        <w:rPr/>
        <w:t>Zadání:</w:t>
        <w:br/>
        <w:t>Společník porušuje povinnosti a brzdí chod společnosti.</w:t>
        <w:br/>
        <w:br/>
        <w:t>Otázky:</w:t>
        <w:br/>
        <w:t>- Jaké má společnost možnosti?</w:t>
        <w:br/>
        <w:t>- Co je uvolněný podíl?</w:t>
        <w:br/>
        <w:t>- Jak je chráněn věřitel?</w:t>
      </w:r>
    </w:p>
    <w:p>
      <w:pPr>
        <w:pStyle w:val="Nadpis2"/>
        <w:rPr/>
      </w:pPr>
      <w:r>
        <w:rPr/>
        <w:t>Závěrečná diskuze (5 minut)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Otázky:</w:t>
        <w:br/>
        <w:t>- Je s.r.o. vhodná forma pro začínající podnikání?</w:t>
        <w:br/>
        <w:t>- Jaká jsou největší rizika pro jednatele?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8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Seznam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Seznam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2</Pages>
  <Words>199</Words>
  <Characters>1135</Characters>
  <CharactersWithSpaces>1329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2026-04-02T12:23:53Z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